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EA394" w14:textId="6715BB69" w:rsidR="008A3204" w:rsidRPr="008A3204" w:rsidRDefault="008A3204" w:rsidP="008A3204">
      <w:pPr>
        <w:pStyle w:val="Tytu"/>
        <w:jc w:val="center"/>
        <w:rPr>
          <w:lang w:val="pl-PL"/>
        </w:rPr>
      </w:pPr>
      <w:r w:rsidRPr="008A3204">
        <w:rPr>
          <w:lang w:val="pl-PL"/>
        </w:rPr>
        <w:t>Cieszyńskie Targi Przedsiębiorczości, Edukacji i Pracy 202</w:t>
      </w:r>
      <w:r w:rsidR="005F09D9">
        <w:rPr>
          <w:lang w:val="pl-PL"/>
        </w:rPr>
        <w:t>6</w:t>
      </w:r>
    </w:p>
    <w:p w14:paraId="311634DD" w14:textId="4AE439D3" w:rsidR="008A3204" w:rsidRDefault="008A3204" w:rsidP="008A3204">
      <w:pPr>
        <w:jc w:val="center"/>
        <w:rPr>
          <w:lang w:val="pl-PL"/>
        </w:rPr>
      </w:pPr>
      <w:r w:rsidRPr="008A3204">
        <w:rPr>
          <w:lang w:val="pl-PL"/>
        </w:rPr>
        <w:t>Termin: 1</w:t>
      </w:r>
      <w:r w:rsidR="005F09D9">
        <w:rPr>
          <w:lang w:val="pl-PL"/>
        </w:rPr>
        <w:t>6</w:t>
      </w:r>
      <w:r w:rsidRPr="008A3204">
        <w:rPr>
          <w:lang w:val="pl-PL"/>
        </w:rPr>
        <w:t>–</w:t>
      </w:r>
      <w:r w:rsidR="004C4CE8">
        <w:rPr>
          <w:lang w:val="pl-PL"/>
        </w:rPr>
        <w:t>19</w:t>
      </w:r>
      <w:r w:rsidRPr="008A3204">
        <w:rPr>
          <w:lang w:val="pl-PL"/>
        </w:rPr>
        <w:t xml:space="preserve"> listopada 202</w:t>
      </w:r>
      <w:r w:rsidR="005F09D9">
        <w:rPr>
          <w:lang w:val="pl-PL"/>
        </w:rPr>
        <w:t>6</w:t>
      </w:r>
      <w:r w:rsidRPr="008A3204">
        <w:rPr>
          <w:lang w:val="pl-PL"/>
        </w:rPr>
        <w:t xml:space="preserve"> r.</w:t>
      </w:r>
      <w:r w:rsidRPr="008A3204">
        <w:rPr>
          <w:lang w:val="pl-PL"/>
        </w:rPr>
        <w:br/>
        <w:t>Miejsce: Cieszyn</w:t>
      </w:r>
    </w:p>
    <w:p w14:paraId="072F6EF7" w14:textId="77777777" w:rsidR="00B82639" w:rsidRPr="008A3204" w:rsidRDefault="00B82639" w:rsidP="008A3204">
      <w:pPr>
        <w:jc w:val="center"/>
        <w:rPr>
          <w:lang w:val="pl-PL"/>
        </w:rPr>
      </w:pPr>
    </w:p>
    <w:p w14:paraId="209EB644" w14:textId="1E599319" w:rsidR="007153F0" w:rsidRDefault="007153F0" w:rsidP="007153F0">
      <w:pPr>
        <w:pStyle w:val="Nagwek1"/>
        <w:rPr>
          <w:lang w:val="pl-PL"/>
        </w:rPr>
      </w:pPr>
      <w:r w:rsidRPr="008A3204">
        <w:rPr>
          <w:lang w:val="pl-PL"/>
        </w:rPr>
        <w:t>1</w:t>
      </w:r>
      <w:r w:rsidR="00551480">
        <w:rPr>
          <w:lang w:val="pl-PL"/>
        </w:rPr>
        <w:t>6</w:t>
      </w:r>
      <w:r w:rsidR="0063609C">
        <w:rPr>
          <w:lang w:val="pl-PL"/>
        </w:rPr>
        <w:t>.</w:t>
      </w:r>
      <w:r w:rsidRPr="008A3204">
        <w:rPr>
          <w:lang w:val="pl-PL"/>
        </w:rPr>
        <w:t>11.202</w:t>
      </w:r>
      <w:r w:rsidR="004C4CE8">
        <w:rPr>
          <w:lang w:val="pl-PL"/>
        </w:rPr>
        <w:t>6</w:t>
      </w:r>
      <w:r w:rsidRPr="008A3204">
        <w:rPr>
          <w:lang w:val="pl-PL"/>
        </w:rPr>
        <w:t xml:space="preserve"> – </w:t>
      </w:r>
      <w:r w:rsidR="004C4CE8">
        <w:rPr>
          <w:lang w:val="pl-PL"/>
        </w:rPr>
        <w:t xml:space="preserve">Szkolenia dla </w:t>
      </w:r>
      <w:proofErr w:type="spellStart"/>
      <w:r w:rsidR="004C4CE8">
        <w:t>przedsiębiorców</w:t>
      </w:r>
      <w:proofErr w:type="spellEnd"/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7153F0" w14:paraId="1C19C435" w14:textId="77777777" w:rsidTr="000552F9">
        <w:tc>
          <w:tcPr>
            <w:tcW w:w="1134" w:type="dxa"/>
            <w:shd w:val="clear" w:color="auto" w:fill="FABF8F" w:themeFill="accent6" w:themeFillTint="99"/>
          </w:tcPr>
          <w:p w14:paraId="03C30A80" w14:textId="77777777" w:rsidR="007153F0" w:rsidRPr="008A3204" w:rsidRDefault="007153F0" w:rsidP="000552F9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6C768206" w14:textId="77777777" w:rsidR="007153F0" w:rsidRPr="008A3204" w:rsidRDefault="007153F0" w:rsidP="000552F9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196722DB" w14:textId="77777777" w:rsidR="007153F0" w:rsidRPr="008A3204" w:rsidRDefault="007153F0" w:rsidP="000552F9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24B0FD02" w14:textId="77777777" w:rsidR="007153F0" w:rsidRPr="008A3204" w:rsidRDefault="007153F0" w:rsidP="000552F9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34E6FA36" w14:textId="77777777" w:rsidR="007153F0" w:rsidRPr="008A3204" w:rsidRDefault="007153F0" w:rsidP="000552F9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7153F0" w14:paraId="6FBEB037" w14:textId="77777777" w:rsidTr="000552F9">
        <w:tc>
          <w:tcPr>
            <w:tcW w:w="1134" w:type="dxa"/>
          </w:tcPr>
          <w:p w14:paraId="2388EFE2" w14:textId="0C26C04B" w:rsidR="007153F0" w:rsidRPr="003742F0" w:rsidRDefault="004C4CE8" w:rsidP="000552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="0063609C">
              <w:rPr>
                <w:sz w:val="16"/>
                <w:szCs w:val="16"/>
              </w:rPr>
              <w:t>00-1</w:t>
            </w:r>
            <w:r>
              <w:rPr>
                <w:sz w:val="16"/>
                <w:szCs w:val="16"/>
              </w:rPr>
              <w:t>3:</w:t>
            </w:r>
            <w:r w:rsidR="0063609C">
              <w:rPr>
                <w:sz w:val="16"/>
                <w:szCs w:val="16"/>
              </w:rPr>
              <w:t>00</w:t>
            </w:r>
          </w:p>
        </w:tc>
        <w:tc>
          <w:tcPr>
            <w:tcW w:w="2694" w:type="dxa"/>
          </w:tcPr>
          <w:p w14:paraId="576787A5" w14:textId="1BA61715" w:rsidR="007153F0" w:rsidRPr="003742F0" w:rsidRDefault="002656CB" w:rsidP="000552F9">
            <w:pPr>
              <w:rPr>
                <w:sz w:val="16"/>
                <w:szCs w:val="16"/>
                <w:lang w:val="pl-PL"/>
              </w:rPr>
            </w:pPr>
            <w:r w:rsidRPr="002656CB">
              <w:rPr>
                <w:sz w:val="16"/>
                <w:szCs w:val="16"/>
                <w:lang w:val="pl-PL"/>
              </w:rPr>
              <w:t xml:space="preserve">Mobilne Centrum </w:t>
            </w:r>
            <w:r w:rsidR="00A13C9C" w:rsidRPr="002656CB">
              <w:rPr>
                <w:sz w:val="16"/>
                <w:szCs w:val="16"/>
                <w:lang w:val="pl-PL"/>
              </w:rPr>
              <w:t>Demonstracyjne</w:t>
            </w:r>
            <w:r w:rsidRPr="002656CB">
              <w:rPr>
                <w:sz w:val="16"/>
                <w:szCs w:val="16"/>
                <w:lang w:val="pl-PL"/>
              </w:rPr>
              <w:t xml:space="preserve"> KSSE S.A. - </w:t>
            </w:r>
            <w:r w:rsidR="009D6102" w:rsidRPr="009D6102">
              <w:rPr>
                <w:sz w:val="16"/>
                <w:szCs w:val="16"/>
              </w:rPr>
              <w:t>Tour Resilience 2030</w:t>
            </w:r>
            <w:r w:rsidR="009D6102" w:rsidRPr="009D6102">
              <w:rPr>
                <w:b/>
                <w:bCs/>
                <w:sz w:val="16"/>
                <w:szCs w:val="16"/>
              </w:rPr>
              <w:t xml:space="preserve"> </w:t>
            </w:r>
            <w:r w:rsidRPr="002656CB">
              <w:rPr>
                <w:sz w:val="16"/>
                <w:szCs w:val="16"/>
                <w:lang w:val="pl-PL"/>
              </w:rPr>
              <w:t>bezpłatne warsztaty dla firm produkcyjnych z regionu</w:t>
            </w:r>
            <w:r w:rsidR="009D6102">
              <w:rPr>
                <w:sz w:val="16"/>
                <w:szCs w:val="16"/>
                <w:lang w:val="pl-PL"/>
              </w:rPr>
              <w:t xml:space="preserve"> – „Co trzeba zrobić, żeby firma przetrwała trudne czasy?”</w:t>
            </w:r>
          </w:p>
        </w:tc>
        <w:tc>
          <w:tcPr>
            <w:tcW w:w="2551" w:type="dxa"/>
          </w:tcPr>
          <w:p w14:paraId="39CB96EA" w14:textId="5B305398" w:rsidR="007153F0" w:rsidRPr="003742F0" w:rsidRDefault="009D6102" w:rsidP="000552F9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Jacek Kurczyk – KSSE S.A.</w:t>
            </w:r>
          </w:p>
        </w:tc>
        <w:tc>
          <w:tcPr>
            <w:tcW w:w="2835" w:type="dxa"/>
          </w:tcPr>
          <w:p w14:paraId="52695DE8" w14:textId="3545F9B3" w:rsidR="007153F0" w:rsidRPr="003742F0" w:rsidRDefault="002656CB" w:rsidP="00060B46">
            <w:pPr>
              <w:rPr>
                <w:sz w:val="16"/>
                <w:szCs w:val="16"/>
                <w:lang w:val="pl-PL"/>
              </w:rPr>
            </w:pPr>
            <w:r w:rsidRPr="00712DB5">
              <w:rPr>
                <w:sz w:val="16"/>
                <w:szCs w:val="16"/>
                <w:lang w:val="pl-PL"/>
              </w:rPr>
              <w:t>Teren obok Hali Widowiskowo-Sportowej</w:t>
            </w:r>
          </w:p>
        </w:tc>
        <w:tc>
          <w:tcPr>
            <w:tcW w:w="1701" w:type="dxa"/>
          </w:tcPr>
          <w:p w14:paraId="2F447163" w14:textId="7FB5685E" w:rsidR="007153F0" w:rsidRPr="003742F0" w:rsidRDefault="002656CB" w:rsidP="000552F9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Obowiązują zapisy. Limit miejsc 12 osób: </w:t>
            </w:r>
            <w:r w:rsidRPr="002656CB">
              <w:rPr>
                <w:sz w:val="16"/>
                <w:szCs w:val="16"/>
                <w:lang w:val="pl-PL"/>
              </w:rPr>
              <w:t xml:space="preserve">2 osoby z każdej firmy: osoba decyzyjna i osoba </w:t>
            </w:r>
            <w:r>
              <w:rPr>
                <w:sz w:val="16"/>
                <w:szCs w:val="16"/>
                <w:lang w:val="pl-PL"/>
              </w:rPr>
              <w:t>odpowiedzialna za kwestie operacyjne</w:t>
            </w:r>
          </w:p>
        </w:tc>
      </w:tr>
      <w:tr w:rsidR="004C4CE8" w14:paraId="41292281" w14:textId="77777777" w:rsidTr="000552F9">
        <w:tc>
          <w:tcPr>
            <w:tcW w:w="1134" w:type="dxa"/>
          </w:tcPr>
          <w:p w14:paraId="2CB1EAEA" w14:textId="6202957C" w:rsidR="004C4CE8" w:rsidRDefault="004C4CE8" w:rsidP="000552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17:00-18:30</w:t>
            </w:r>
          </w:p>
        </w:tc>
        <w:tc>
          <w:tcPr>
            <w:tcW w:w="2694" w:type="dxa"/>
          </w:tcPr>
          <w:p w14:paraId="408DD9E4" w14:textId="5085E4D1" w:rsidR="004C4CE8" w:rsidRDefault="004C4CE8" w:rsidP="000552F9">
            <w:pPr>
              <w:rPr>
                <w:sz w:val="16"/>
                <w:szCs w:val="16"/>
                <w:lang w:val="pl-PL"/>
              </w:rPr>
            </w:pPr>
            <w:r w:rsidRPr="004C4CE8">
              <w:rPr>
                <w:sz w:val="16"/>
                <w:szCs w:val="16"/>
                <w:lang w:val="pl-PL"/>
              </w:rPr>
              <w:t>"Psychologia obsługi klienta z elementami zarządzania sprzedażą" (dla pracowników lokalnych firm)</w:t>
            </w:r>
          </w:p>
        </w:tc>
        <w:tc>
          <w:tcPr>
            <w:tcW w:w="2551" w:type="dxa"/>
          </w:tcPr>
          <w:p w14:paraId="1CECD33A" w14:textId="0E693DC5" w:rsidR="004C4CE8" w:rsidRPr="003742F0" w:rsidRDefault="004C4CE8" w:rsidP="000552F9">
            <w:pPr>
              <w:rPr>
                <w:sz w:val="16"/>
                <w:szCs w:val="16"/>
                <w:lang w:val="pl-PL"/>
              </w:rPr>
            </w:pPr>
            <w:r w:rsidRPr="004C4CE8">
              <w:rPr>
                <w:sz w:val="16"/>
                <w:szCs w:val="16"/>
                <w:lang w:val="pl-PL"/>
              </w:rPr>
              <w:t xml:space="preserve">Dr Jarosław </w:t>
            </w:r>
            <w:proofErr w:type="spellStart"/>
            <w:r w:rsidRPr="004C4CE8">
              <w:rPr>
                <w:sz w:val="16"/>
                <w:szCs w:val="16"/>
                <w:lang w:val="pl-PL"/>
              </w:rPr>
              <w:t>Legięć</w:t>
            </w:r>
            <w:proofErr w:type="spellEnd"/>
            <w:r>
              <w:rPr>
                <w:sz w:val="16"/>
                <w:szCs w:val="16"/>
                <w:lang w:val="pl-PL"/>
              </w:rPr>
              <w:t xml:space="preserve"> – Akademia WSB w Cieszynie</w:t>
            </w:r>
          </w:p>
        </w:tc>
        <w:tc>
          <w:tcPr>
            <w:tcW w:w="2835" w:type="dxa"/>
          </w:tcPr>
          <w:p w14:paraId="447011EA" w14:textId="559AF125" w:rsidR="004C4CE8" w:rsidRPr="00060B46" w:rsidRDefault="008059EB" w:rsidP="00060B46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</w:tcPr>
          <w:p w14:paraId="1A6C208B" w14:textId="538136FD" w:rsidR="004C4CE8" w:rsidRDefault="008059EB" w:rsidP="000552F9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Dla pracowników obsługi klienta i koordynatorów</w:t>
            </w:r>
          </w:p>
        </w:tc>
      </w:tr>
    </w:tbl>
    <w:p w14:paraId="7CFEBB13" w14:textId="75E264A6" w:rsidR="00551480" w:rsidRDefault="00551480" w:rsidP="00551480">
      <w:pPr>
        <w:pStyle w:val="Nagwek1"/>
        <w:rPr>
          <w:lang w:val="pl-PL"/>
        </w:rPr>
      </w:pPr>
      <w:r w:rsidRPr="008A3204">
        <w:rPr>
          <w:lang w:val="pl-PL"/>
        </w:rPr>
        <w:t>1</w:t>
      </w:r>
      <w:r>
        <w:rPr>
          <w:lang w:val="pl-PL"/>
        </w:rPr>
        <w:t>7.</w:t>
      </w:r>
      <w:r w:rsidRPr="008A3204">
        <w:rPr>
          <w:lang w:val="pl-PL"/>
        </w:rPr>
        <w:t>11.202</w:t>
      </w:r>
      <w:r w:rsidR="004C4CE8">
        <w:rPr>
          <w:lang w:val="pl-PL"/>
        </w:rPr>
        <w:t>6</w:t>
      </w:r>
      <w:r w:rsidRPr="008A3204">
        <w:rPr>
          <w:lang w:val="pl-PL"/>
        </w:rPr>
        <w:t xml:space="preserve"> – </w:t>
      </w:r>
      <w:r>
        <w:rPr>
          <w:lang w:val="pl-PL"/>
        </w:rPr>
        <w:t>D</w:t>
      </w:r>
      <w:r w:rsidR="002E77A8">
        <w:rPr>
          <w:lang w:val="pl-PL"/>
        </w:rPr>
        <w:t xml:space="preserve">zień wystawienniczy powiatowych szkół ponadpodstawowych, Powiatowego Urzędu Pracy w Cieszynie, Cechu Rzemieślników i Przedsiębiorców w Cieszynie, </w:t>
      </w:r>
      <w:r w:rsidR="009D6102">
        <w:rPr>
          <w:lang w:val="pl-PL"/>
        </w:rPr>
        <w:t>OHP – Młodzieżowe</w:t>
      </w:r>
      <w:r w:rsidR="00441582">
        <w:rPr>
          <w:lang w:val="pl-PL"/>
        </w:rPr>
        <w:t>go</w:t>
      </w:r>
      <w:r w:rsidR="009D6102">
        <w:rPr>
          <w:lang w:val="pl-PL"/>
        </w:rPr>
        <w:t xml:space="preserve"> Centrum Kariery w Skoczowie</w:t>
      </w:r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551480" w14:paraId="6621D9C8" w14:textId="77777777" w:rsidTr="00CD2C60">
        <w:tc>
          <w:tcPr>
            <w:tcW w:w="1134" w:type="dxa"/>
            <w:shd w:val="clear" w:color="auto" w:fill="FABF8F" w:themeFill="accent6" w:themeFillTint="99"/>
          </w:tcPr>
          <w:p w14:paraId="535BC4CF" w14:textId="77777777" w:rsidR="00551480" w:rsidRPr="008A3204" w:rsidRDefault="00551480" w:rsidP="00CD2C60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029A0B40" w14:textId="77777777" w:rsidR="00551480" w:rsidRPr="008A3204" w:rsidRDefault="00551480" w:rsidP="00CD2C60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6AAE45C1" w14:textId="77777777" w:rsidR="00551480" w:rsidRPr="008A3204" w:rsidRDefault="00551480" w:rsidP="00CD2C60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3AB6DD19" w14:textId="77777777" w:rsidR="00551480" w:rsidRPr="008A3204" w:rsidRDefault="00551480" w:rsidP="00CD2C60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144CECB7" w14:textId="77777777" w:rsidR="00551480" w:rsidRPr="008A3204" w:rsidRDefault="00551480" w:rsidP="00CD2C60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2E77A8" w14:paraId="270E3896" w14:textId="77777777" w:rsidTr="00CD2C60">
        <w:tc>
          <w:tcPr>
            <w:tcW w:w="1134" w:type="dxa"/>
          </w:tcPr>
          <w:p w14:paraId="3BACBB6D" w14:textId="02B8E34C" w:rsidR="002E77A8" w:rsidRPr="003742F0" w:rsidRDefault="002E77A8" w:rsidP="002E77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10:00-13:00</w:t>
            </w:r>
          </w:p>
        </w:tc>
        <w:tc>
          <w:tcPr>
            <w:tcW w:w="2694" w:type="dxa"/>
          </w:tcPr>
          <w:p w14:paraId="6C9F2268" w14:textId="7D7DFB9E" w:rsidR="002E77A8" w:rsidRPr="003742F0" w:rsidRDefault="002E77A8" w:rsidP="002E77A8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Dzień wystawienniczy</w:t>
            </w:r>
          </w:p>
        </w:tc>
        <w:tc>
          <w:tcPr>
            <w:tcW w:w="2551" w:type="dxa"/>
          </w:tcPr>
          <w:p w14:paraId="2FF7D982" w14:textId="0C1052AA" w:rsidR="002E77A8" w:rsidRPr="003742F0" w:rsidRDefault="002E77A8" w:rsidP="002E77A8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</w:tcPr>
          <w:p w14:paraId="52600F17" w14:textId="5D611198" w:rsidR="002E77A8" w:rsidRPr="003742F0" w:rsidRDefault="002E77A8" w:rsidP="002E77A8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Zespół Szkół technicznych im. płk Gwidona Langera (sala gimnastyczna)</w:t>
            </w:r>
          </w:p>
        </w:tc>
        <w:tc>
          <w:tcPr>
            <w:tcW w:w="1701" w:type="dxa"/>
          </w:tcPr>
          <w:p w14:paraId="4A2FCE68" w14:textId="6F1FA095" w:rsidR="002E77A8" w:rsidRPr="003742F0" w:rsidRDefault="002E77A8" w:rsidP="002E77A8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W</w:t>
            </w:r>
            <w:r w:rsidRPr="003742F0">
              <w:rPr>
                <w:sz w:val="16"/>
                <w:szCs w:val="16"/>
                <w:lang w:val="pl-PL"/>
              </w:rPr>
              <w:t xml:space="preserve">ydarzenie </w:t>
            </w:r>
            <w:r>
              <w:rPr>
                <w:sz w:val="16"/>
                <w:szCs w:val="16"/>
                <w:lang w:val="pl-PL"/>
              </w:rPr>
              <w:t>dla uczniów 7 i 8 klas SP</w:t>
            </w:r>
          </w:p>
        </w:tc>
      </w:tr>
    </w:tbl>
    <w:p w14:paraId="04D58CED" w14:textId="2EF97314" w:rsidR="00441582" w:rsidRDefault="00441582" w:rsidP="00441582">
      <w:pPr>
        <w:pStyle w:val="Nagwek1"/>
        <w:rPr>
          <w:lang w:val="pl-PL"/>
        </w:rPr>
      </w:pPr>
      <w:r w:rsidRPr="008A3204">
        <w:rPr>
          <w:lang w:val="pl-PL"/>
        </w:rPr>
        <w:t>1</w:t>
      </w:r>
      <w:r>
        <w:rPr>
          <w:lang w:val="pl-PL"/>
        </w:rPr>
        <w:t>7.</w:t>
      </w:r>
      <w:r w:rsidRPr="008A3204">
        <w:rPr>
          <w:lang w:val="pl-PL"/>
        </w:rPr>
        <w:t>11.202</w:t>
      </w:r>
      <w:r>
        <w:rPr>
          <w:lang w:val="pl-PL"/>
        </w:rPr>
        <w:t>6</w:t>
      </w:r>
      <w:r w:rsidRPr="008A3204">
        <w:rPr>
          <w:lang w:val="pl-PL"/>
        </w:rPr>
        <w:t xml:space="preserve"> – </w:t>
      </w:r>
      <w:r>
        <w:rPr>
          <w:lang w:val="pl-PL"/>
        </w:rPr>
        <w:t xml:space="preserve">Szkolenia dla </w:t>
      </w:r>
      <w:proofErr w:type="spellStart"/>
      <w:r>
        <w:t>przedsiębiorców</w:t>
      </w:r>
      <w:proofErr w:type="spellEnd"/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441582" w14:paraId="28F350EF" w14:textId="77777777" w:rsidTr="001B3A57">
        <w:tc>
          <w:tcPr>
            <w:tcW w:w="1134" w:type="dxa"/>
            <w:shd w:val="clear" w:color="auto" w:fill="FABF8F" w:themeFill="accent6" w:themeFillTint="99"/>
          </w:tcPr>
          <w:p w14:paraId="0F8C1081" w14:textId="77777777" w:rsidR="00441582" w:rsidRPr="008A3204" w:rsidRDefault="00441582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0B61E561" w14:textId="77777777" w:rsidR="00441582" w:rsidRPr="008A3204" w:rsidRDefault="00441582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45A97CC6" w14:textId="77777777" w:rsidR="00441582" w:rsidRPr="008A3204" w:rsidRDefault="00441582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12249D29" w14:textId="77777777" w:rsidR="00441582" w:rsidRPr="008A3204" w:rsidRDefault="00441582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21ADF095" w14:textId="77777777" w:rsidR="00441582" w:rsidRPr="008A3204" w:rsidRDefault="00441582" w:rsidP="001B3A57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8266FD" w14:paraId="7BFC56CA" w14:textId="77777777" w:rsidTr="001B3A57">
        <w:tc>
          <w:tcPr>
            <w:tcW w:w="1134" w:type="dxa"/>
          </w:tcPr>
          <w:p w14:paraId="6901FEC9" w14:textId="736E0C01" w:rsidR="008266FD" w:rsidRDefault="008266FD" w:rsidP="008266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16:00-17:30</w:t>
            </w:r>
          </w:p>
        </w:tc>
        <w:tc>
          <w:tcPr>
            <w:tcW w:w="2694" w:type="dxa"/>
          </w:tcPr>
          <w:p w14:paraId="0C985CFC" w14:textId="6AC2F3EF" w:rsidR="008266FD" w:rsidRPr="004C4CE8" w:rsidRDefault="008266FD" w:rsidP="008266FD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S</w:t>
            </w:r>
            <w:r w:rsidRPr="008266FD">
              <w:rPr>
                <w:sz w:val="16"/>
                <w:szCs w:val="16"/>
                <w:lang w:val="pl-PL"/>
              </w:rPr>
              <w:t>zkolenie odnośnie sprzedaży alkoholu nieletnim, prohibicja w Cieszynie</w:t>
            </w:r>
          </w:p>
        </w:tc>
        <w:tc>
          <w:tcPr>
            <w:tcW w:w="2551" w:type="dxa"/>
          </w:tcPr>
          <w:p w14:paraId="4C33DB9B" w14:textId="43521DFB" w:rsidR="008266FD" w:rsidRPr="004C4CE8" w:rsidRDefault="008266FD" w:rsidP="008266FD">
            <w:pPr>
              <w:rPr>
                <w:sz w:val="16"/>
                <w:szCs w:val="16"/>
                <w:lang w:val="pl-PL"/>
              </w:rPr>
            </w:pPr>
            <w:r w:rsidRPr="008266FD">
              <w:rPr>
                <w:sz w:val="16"/>
                <w:szCs w:val="16"/>
                <w:lang w:val="pl-PL"/>
              </w:rPr>
              <w:t>Andrzej Wojciechowski/GKRPA</w:t>
            </w:r>
          </w:p>
        </w:tc>
        <w:tc>
          <w:tcPr>
            <w:tcW w:w="2835" w:type="dxa"/>
          </w:tcPr>
          <w:p w14:paraId="7C7C9BA7" w14:textId="1E8B6D43" w:rsidR="008266FD" w:rsidRPr="003742F0" w:rsidRDefault="008266FD" w:rsidP="008266FD">
            <w:pPr>
              <w:rPr>
                <w:sz w:val="16"/>
                <w:szCs w:val="16"/>
                <w:lang w:val="pl-PL"/>
              </w:rPr>
            </w:pPr>
            <w:proofErr w:type="spellStart"/>
            <w:r w:rsidRPr="008266FD">
              <w:rPr>
                <w:sz w:val="16"/>
                <w:szCs w:val="16"/>
              </w:rPr>
              <w:t>Transgraniczne</w:t>
            </w:r>
            <w:proofErr w:type="spellEnd"/>
            <w:r w:rsidRPr="008266FD">
              <w:rPr>
                <w:sz w:val="16"/>
                <w:szCs w:val="16"/>
              </w:rPr>
              <w:t xml:space="preserve"> Centrum </w:t>
            </w:r>
            <w:proofErr w:type="spellStart"/>
            <w:r w:rsidRPr="008266FD">
              <w:rPr>
                <w:sz w:val="16"/>
                <w:szCs w:val="16"/>
              </w:rPr>
              <w:t>Informacji</w:t>
            </w:r>
            <w:proofErr w:type="spellEnd"/>
            <w:r w:rsidRPr="008266FD">
              <w:rPr>
                <w:sz w:val="16"/>
                <w:szCs w:val="16"/>
              </w:rPr>
              <w:t xml:space="preserve"> </w:t>
            </w:r>
            <w:proofErr w:type="spellStart"/>
            <w:r w:rsidRPr="008266FD">
              <w:rPr>
                <w:sz w:val="16"/>
                <w:szCs w:val="16"/>
              </w:rPr>
              <w:t>Turystycznej</w:t>
            </w:r>
            <w:proofErr w:type="spellEnd"/>
          </w:p>
        </w:tc>
        <w:tc>
          <w:tcPr>
            <w:tcW w:w="1701" w:type="dxa"/>
          </w:tcPr>
          <w:p w14:paraId="536C4769" w14:textId="0AB28C65" w:rsidR="008266FD" w:rsidRDefault="008266FD" w:rsidP="008266FD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Dla pracowników obsługi klienta i właścicieli firm</w:t>
            </w:r>
          </w:p>
        </w:tc>
      </w:tr>
      <w:tr w:rsidR="00765EAC" w14:paraId="57D555CB" w14:textId="77777777" w:rsidTr="001B3A57">
        <w:tc>
          <w:tcPr>
            <w:tcW w:w="1134" w:type="dxa"/>
            <w:vMerge w:val="restart"/>
          </w:tcPr>
          <w:p w14:paraId="41225A69" w14:textId="290FD88F" w:rsidR="00765EAC" w:rsidRDefault="00765EAC" w:rsidP="00765E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17:00-18:30</w:t>
            </w:r>
          </w:p>
        </w:tc>
        <w:tc>
          <w:tcPr>
            <w:tcW w:w="2694" w:type="dxa"/>
          </w:tcPr>
          <w:p w14:paraId="5DF33254" w14:textId="68F9F0F8" w:rsidR="00765EAC" w:rsidRPr="004C4CE8" w:rsidRDefault="00765EAC" w:rsidP="00765EAC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Wystąpienie </w:t>
            </w:r>
            <w:r w:rsidRPr="008266FD">
              <w:rPr>
                <w:sz w:val="16"/>
                <w:szCs w:val="16"/>
                <w:lang w:val="pl-PL"/>
              </w:rPr>
              <w:t>„</w:t>
            </w:r>
            <w:r w:rsidRPr="004C1FF8">
              <w:rPr>
                <w:sz w:val="16"/>
                <w:szCs w:val="16"/>
                <w:lang w:val="pl-PL"/>
              </w:rPr>
              <w:t>Aktywne formy wsparciem dla lokalnego biznesu</w:t>
            </w:r>
            <w:r w:rsidRPr="008266FD">
              <w:rPr>
                <w:sz w:val="16"/>
                <w:szCs w:val="16"/>
                <w:lang w:val="pl-PL"/>
              </w:rPr>
              <w:t xml:space="preserve">” </w:t>
            </w:r>
            <w:r>
              <w:rPr>
                <w:sz w:val="16"/>
                <w:szCs w:val="16"/>
                <w:lang w:val="pl-PL"/>
              </w:rPr>
              <w:t xml:space="preserve">+ Stolik ekspercki </w:t>
            </w:r>
          </w:p>
        </w:tc>
        <w:tc>
          <w:tcPr>
            <w:tcW w:w="2551" w:type="dxa"/>
          </w:tcPr>
          <w:p w14:paraId="55DEA598" w14:textId="6EC4A0C2" w:rsidR="00765EAC" w:rsidRPr="008266FD" w:rsidRDefault="00765EAC" w:rsidP="00765EAC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 w:val="restart"/>
          </w:tcPr>
          <w:p w14:paraId="59839355" w14:textId="3E499FF9" w:rsidR="00765EAC" w:rsidRPr="003742F0" w:rsidRDefault="00765EAC" w:rsidP="00765EAC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  <w:vMerge w:val="restart"/>
          </w:tcPr>
          <w:p w14:paraId="27B7F8ED" w14:textId="1E0E519B" w:rsidR="00765EAC" w:rsidRDefault="00765EAC" w:rsidP="00765EAC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Dla właścicieli firm i kadry zarządzającej</w:t>
            </w:r>
          </w:p>
        </w:tc>
      </w:tr>
      <w:tr w:rsidR="00B4766B" w14:paraId="16654431" w14:textId="77777777" w:rsidTr="001B3A57">
        <w:tc>
          <w:tcPr>
            <w:tcW w:w="1134" w:type="dxa"/>
            <w:vMerge/>
          </w:tcPr>
          <w:p w14:paraId="7F3EE220" w14:textId="2C894459" w:rsidR="00B4766B" w:rsidRDefault="00B4766B" w:rsidP="00B4766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14:paraId="2A75EC93" w14:textId="35971E99" w:rsidR="00B4766B" w:rsidRDefault="00B4766B" w:rsidP="00B4766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Fundusze unijne dla przedsiębiorców </w:t>
            </w:r>
          </w:p>
        </w:tc>
        <w:tc>
          <w:tcPr>
            <w:tcW w:w="2551" w:type="dxa"/>
          </w:tcPr>
          <w:p w14:paraId="4C398801" w14:textId="77777777" w:rsidR="00B4766B" w:rsidRDefault="00B4766B" w:rsidP="00B4766B">
            <w:pPr>
              <w:rPr>
                <w:sz w:val="16"/>
                <w:szCs w:val="16"/>
                <w:lang w:val="pl-PL"/>
              </w:rPr>
            </w:pPr>
            <w:r w:rsidRPr="004C1FF8">
              <w:rPr>
                <w:sz w:val="16"/>
                <w:szCs w:val="16"/>
                <w:lang w:val="pl-PL"/>
              </w:rPr>
              <w:t xml:space="preserve">* Główny Punkt Informacyjny Funduszy Europejskich w </w:t>
            </w:r>
            <w:proofErr w:type="gramStart"/>
            <w:r w:rsidRPr="004C1FF8">
              <w:rPr>
                <w:sz w:val="16"/>
                <w:szCs w:val="16"/>
                <w:lang w:val="pl-PL"/>
              </w:rPr>
              <w:t xml:space="preserve">Katowicach,   </w:t>
            </w:r>
            <w:proofErr w:type="gramEnd"/>
            <w:r w:rsidRPr="004C1FF8">
              <w:rPr>
                <w:sz w:val="16"/>
                <w:szCs w:val="16"/>
                <w:lang w:val="pl-PL"/>
              </w:rPr>
              <w:t xml:space="preserve">                                           * Bank Gospodarstwa Krajowego (30 min, pożyczki rewitalizacyjne </w:t>
            </w:r>
            <w:proofErr w:type="gramStart"/>
            <w:r w:rsidRPr="004C1FF8">
              <w:rPr>
                <w:sz w:val="16"/>
                <w:szCs w:val="16"/>
                <w:lang w:val="pl-PL"/>
              </w:rPr>
              <w:t>i  GOZ</w:t>
            </w:r>
            <w:proofErr w:type="gramEnd"/>
            <w:r w:rsidRPr="004C1FF8">
              <w:rPr>
                <w:sz w:val="16"/>
                <w:szCs w:val="16"/>
                <w:lang w:val="pl-PL"/>
              </w:rPr>
              <w:t>),</w:t>
            </w:r>
            <w:r>
              <w:rPr>
                <w:sz w:val="16"/>
                <w:szCs w:val="16"/>
                <w:lang w:val="pl-PL"/>
              </w:rPr>
              <w:t xml:space="preserve"> </w:t>
            </w:r>
            <w:r w:rsidRPr="004C1FF8">
              <w:rPr>
                <w:sz w:val="16"/>
                <w:szCs w:val="16"/>
                <w:lang w:val="pl-PL"/>
              </w:rPr>
              <w:t xml:space="preserve">                    </w:t>
            </w:r>
          </w:p>
          <w:p w14:paraId="56235C97" w14:textId="77777777" w:rsidR="00B4766B" w:rsidRDefault="00B4766B" w:rsidP="00B4766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* Wojewódzki Urząd Pracy w Katowicach,</w:t>
            </w:r>
            <w:r w:rsidRPr="004C1FF8">
              <w:rPr>
                <w:sz w:val="16"/>
                <w:szCs w:val="16"/>
                <w:lang w:val="pl-PL"/>
              </w:rPr>
              <w:t xml:space="preserve">      </w:t>
            </w:r>
          </w:p>
          <w:p w14:paraId="09017C20" w14:textId="25A3E413" w:rsidR="00B4766B" w:rsidRPr="008266FD" w:rsidRDefault="00B4766B" w:rsidP="00B4766B">
            <w:pPr>
              <w:rPr>
                <w:sz w:val="16"/>
                <w:szCs w:val="16"/>
                <w:lang w:val="pl-PL"/>
              </w:rPr>
            </w:pPr>
            <w:r w:rsidRPr="002A0D0F">
              <w:rPr>
                <w:color w:val="000000" w:themeColor="text1"/>
                <w:sz w:val="16"/>
                <w:szCs w:val="16"/>
                <w:lang w:val="pl-PL"/>
              </w:rPr>
              <w:t xml:space="preserve">* Fundusz </w:t>
            </w:r>
            <w:proofErr w:type="spellStart"/>
            <w:r w:rsidRPr="002A0D0F">
              <w:rPr>
                <w:color w:val="000000" w:themeColor="text1"/>
                <w:sz w:val="16"/>
                <w:szCs w:val="16"/>
                <w:lang w:val="pl-PL"/>
              </w:rPr>
              <w:t>Gónośląski</w:t>
            </w:r>
            <w:proofErr w:type="spellEnd"/>
            <w:r>
              <w:rPr>
                <w:color w:val="000000" w:themeColor="text1"/>
                <w:sz w:val="16"/>
                <w:szCs w:val="16"/>
                <w:lang w:val="pl-PL"/>
              </w:rPr>
              <w:t xml:space="preserve"> S.A.</w:t>
            </w:r>
            <w:r w:rsidRPr="002A0D0F">
              <w:rPr>
                <w:color w:val="000000" w:themeColor="text1"/>
                <w:sz w:val="16"/>
                <w:szCs w:val="16"/>
                <w:lang w:val="pl-PL"/>
              </w:rPr>
              <w:t xml:space="preserve">                                </w:t>
            </w:r>
          </w:p>
        </w:tc>
        <w:tc>
          <w:tcPr>
            <w:tcW w:w="2835" w:type="dxa"/>
            <w:vMerge/>
          </w:tcPr>
          <w:p w14:paraId="19039E5C" w14:textId="2FF75376" w:rsidR="00B4766B" w:rsidRPr="00060B46" w:rsidRDefault="00B4766B" w:rsidP="00B4766B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3ADEF4E2" w14:textId="3F349139" w:rsidR="00B4766B" w:rsidRDefault="00B4766B" w:rsidP="00B4766B">
            <w:pPr>
              <w:rPr>
                <w:sz w:val="16"/>
                <w:szCs w:val="16"/>
                <w:lang w:val="pl-PL"/>
              </w:rPr>
            </w:pPr>
          </w:p>
        </w:tc>
      </w:tr>
    </w:tbl>
    <w:p w14:paraId="227A7747" w14:textId="16EF3EF0" w:rsidR="008A3204" w:rsidRDefault="008A3204">
      <w:pPr>
        <w:pStyle w:val="Nagwek1"/>
        <w:rPr>
          <w:lang w:val="pl-PL"/>
        </w:rPr>
      </w:pPr>
      <w:r w:rsidRPr="008A3204">
        <w:rPr>
          <w:lang w:val="pl-PL"/>
        </w:rPr>
        <w:lastRenderedPageBreak/>
        <w:t>18.11.202</w:t>
      </w:r>
      <w:r w:rsidR="004C4CE8">
        <w:rPr>
          <w:lang w:val="pl-PL"/>
        </w:rPr>
        <w:t>6</w:t>
      </w:r>
      <w:r w:rsidRPr="008A3204">
        <w:rPr>
          <w:lang w:val="pl-PL"/>
        </w:rPr>
        <w:t xml:space="preserve"> – </w:t>
      </w:r>
      <w:r w:rsidR="00915ED8">
        <w:rPr>
          <w:lang w:val="pl-PL"/>
        </w:rPr>
        <w:t>Giełda</w:t>
      </w:r>
      <w:r>
        <w:rPr>
          <w:lang w:val="pl-PL"/>
        </w:rPr>
        <w:t xml:space="preserve"> Targów</w:t>
      </w:r>
      <w:r w:rsidR="00915ED8">
        <w:rPr>
          <w:lang w:val="pl-PL"/>
        </w:rPr>
        <w:t xml:space="preserve"> – stoiska firm, instytucji i uczelni wyższych</w:t>
      </w:r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3"/>
        <w:gridCol w:w="2690"/>
        <w:gridCol w:w="2548"/>
        <w:gridCol w:w="2829"/>
        <w:gridCol w:w="1715"/>
      </w:tblGrid>
      <w:tr w:rsidR="008A3204" w14:paraId="53DF2BEC" w14:textId="3C7B5540" w:rsidTr="003742F0">
        <w:tc>
          <w:tcPr>
            <w:tcW w:w="1134" w:type="dxa"/>
            <w:shd w:val="clear" w:color="auto" w:fill="FABF8F" w:themeFill="accent6" w:themeFillTint="99"/>
          </w:tcPr>
          <w:p w14:paraId="4E6F0022" w14:textId="55FC0C3E" w:rsidR="008A3204" w:rsidRPr="008A3204" w:rsidRDefault="008A3204" w:rsidP="008A3204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1364F138" w14:textId="45AE1ADF" w:rsidR="008A3204" w:rsidRPr="008A3204" w:rsidRDefault="008A3204" w:rsidP="008A3204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2286B528" w14:textId="2E41272A" w:rsidR="008A3204" w:rsidRPr="008A3204" w:rsidRDefault="008A3204" w:rsidP="008A3204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24E081C5" w14:textId="17EAA95B" w:rsidR="008A3204" w:rsidRPr="008A3204" w:rsidRDefault="008A3204" w:rsidP="008A3204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628241FA" w14:textId="65D89754" w:rsidR="008A3204" w:rsidRPr="008A3204" w:rsidRDefault="008A3204" w:rsidP="008A3204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8A3204" w14:paraId="3231C1DF" w14:textId="3A2A09D5" w:rsidTr="003742F0">
        <w:tc>
          <w:tcPr>
            <w:tcW w:w="1134" w:type="dxa"/>
          </w:tcPr>
          <w:p w14:paraId="33A4CFE8" w14:textId="4FEE4C85" w:rsidR="008A3204" w:rsidRPr="003742F0" w:rsidRDefault="0026751C" w:rsidP="008A32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A3204" w:rsidRPr="003742F0">
              <w:rPr>
                <w:sz w:val="16"/>
                <w:szCs w:val="16"/>
              </w:rPr>
              <w:t>:00-1</w:t>
            </w:r>
            <w:r>
              <w:rPr>
                <w:sz w:val="16"/>
                <w:szCs w:val="16"/>
              </w:rPr>
              <w:t>7</w:t>
            </w:r>
            <w:r w:rsidR="008A3204" w:rsidRPr="003742F0">
              <w:rPr>
                <w:sz w:val="16"/>
                <w:szCs w:val="16"/>
              </w:rPr>
              <w:t>:00</w:t>
            </w:r>
          </w:p>
        </w:tc>
        <w:tc>
          <w:tcPr>
            <w:tcW w:w="2694" w:type="dxa"/>
          </w:tcPr>
          <w:p w14:paraId="54C8C295" w14:textId="26B0BBE1" w:rsidR="008A3204" w:rsidRPr="003742F0" w:rsidRDefault="008A3204" w:rsidP="008A3204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Cieszyńskie Targi Przedsiębiorczości, Edukacji i Pracy</w:t>
            </w:r>
          </w:p>
        </w:tc>
        <w:tc>
          <w:tcPr>
            <w:tcW w:w="2551" w:type="dxa"/>
          </w:tcPr>
          <w:p w14:paraId="34DDBD06" w14:textId="77777777" w:rsidR="008A3204" w:rsidRPr="003742F0" w:rsidRDefault="008A3204" w:rsidP="008A3204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</w:tcPr>
          <w:p w14:paraId="39A9626D" w14:textId="56056AC1" w:rsidR="008A3204" w:rsidRPr="003742F0" w:rsidRDefault="008A3204" w:rsidP="008A3204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Zespół Szkół technicznych im. płk Gwidona Langera (sala gimnastyczna)</w:t>
            </w:r>
          </w:p>
        </w:tc>
        <w:tc>
          <w:tcPr>
            <w:tcW w:w="1701" w:type="dxa"/>
          </w:tcPr>
          <w:p w14:paraId="79C80D70" w14:textId="2F7121B1" w:rsidR="008A3204" w:rsidRPr="003742F0" w:rsidRDefault="00B82639" w:rsidP="008A3204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W</w:t>
            </w:r>
            <w:r w:rsidRPr="003742F0">
              <w:rPr>
                <w:sz w:val="16"/>
                <w:szCs w:val="16"/>
                <w:lang w:val="pl-PL"/>
              </w:rPr>
              <w:t xml:space="preserve">ydarzenie </w:t>
            </w:r>
            <w:r>
              <w:rPr>
                <w:sz w:val="16"/>
                <w:szCs w:val="16"/>
                <w:lang w:val="pl-PL"/>
              </w:rPr>
              <w:t>dla uczniów szkół ponadpodstawowych, dla osób poszukujących pracy lub zmiany zawodowej, dla przedsiębiorców (</w:t>
            </w:r>
            <w:proofErr w:type="spellStart"/>
            <w:r>
              <w:rPr>
                <w:sz w:val="16"/>
                <w:szCs w:val="16"/>
                <w:lang w:val="pl-PL"/>
              </w:rPr>
              <w:t>networking</w:t>
            </w:r>
            <w:proofErr w:type="spellEnd"/>
            <w:r>
              <w:rPr>
                <w:sz w:val="16"/>
                <w:szCs w:val="16"/>
                <w:lang w:val="pl-PL"/>
              </w:rPr>
              <w:t>), dla mieszkańców</w:t>
            </w:r>
          </w:p>
        </w:tc>
      </w:tr>
      <w:tr w:rsidR="004A067A" w14:paraId="1E41B86D" w14:textId="0AB87275" w:rsidTr="003742F0">
        <w:tc>
          <w:tcPr>
            <w:tcW w:w="1134" w:type="dxa"/>
            <w:vMerge w:val="restart"/>
          </w:tcPr>
          <w:p w14:paraId="110EE5B7" w14:textId="20852078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10:00-10:</w:t>
            </w:r>
            <w:r>
              <w:rPr>
                <w:sz w:val="16"/>
                <w:szCs w:val="16"/>
                <w:lang w:val="pl-PL"/>
              </w:rPr>
              <w:t>5</w:t>
            </w:r>
            <w:r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038F5CCD" w14:textId="253F2258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„</w:t>
            </w:r>
            <w:r w:rsidRPr="004A067A">
              <w:rPr>
                <w:sz w:val="16"/>
                <w:szCs w:val="16"/>
                <w:lang w:val="pl-PL"/>
              </w:rPr>
              <w:t>Projektowanie przyszłości: design i przedsiębiorczo</w:t>
            </w:r>
            <w:r>
              <w:rPr>
                <w:sz w:val="16"/>
                <w:szCs w:val="16"/>
                <w:lang w:val="pl-PL"/>
              </w:rPr>
              <w:t>ść</w:t>
            </w:r>
            <w:r w:rsidRPr="003742F0">
              <w:rPr>
                <w:sz w:val="16"/>
                <w:szCs w:val="16"/>
                <w:lang w:val="pl-PL"/>
              </w:rPr>
              <w:t>”</w:t>
            </w:r>
          </w:p>
        </w:tc>
        <w:tc>
          <w:tcPr>
            <w:tcW w:w="2551" w:type="dxa"/>
          </w:tcPr>
          <w:p w14:paraId="2DE7C43E" w14:textId="5FF5B9C8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</w:t>
            </w:r>
            <w:r w:rsidRPr="004A067A">
              <w:rPr>
                <w:sz w:val="16"/>
                <w:szCs w:val="16"/>
                <w:lang w:val="pl-PL"/>
              </w:rPr>
              <w:t>r Lubomira Trojan</w:t>
            </w:r>
            <w:r>
              <w:rPr>
                <w:sz w:val="16"/>
                <w:szCs w:val="16"/>
                <w:lang w:val="pl-PL"/>
              </w:rPr>
              <w:t xml:space="preserve"> </w:t>
            </w:r>
            <w:r w:rsidRPr="003742F0">
              <w:rPr>
                <w:sz w:val="16"/>
                <w:szCs w:val="16"/>
                <w:lang w:val="pl-PL"/>
              </w:rPr>
              <w:t>– Akademia WSB</w:t>
            </w:r>
          </w:p>
        </w:tc>
        <w:tc>
          <w:tcPr>
            <w:tcW w:w="2835" w:type="dxa"/>
            <w:vMerge w:val="restart"/>
          </w:tcPr>
          <w:p w14:paraId="2F6058F7" w14:textId="318CEC65" w:rsidR="004A067A" w:rsidRPr="00D1278A" w:rsidRDefault="004A067A" w:rsidP="008070AE">
            <w:pPr>
              <w:rPr>
                <w:sz w:val="16"/>
                <w:szCs w:val="16"/>
                <w:lang w:val="pl-PL"/>
              </w:rPr>
            </w:pPr>
            <w:r w:rsidRPr="00D1278A">
              <w:rPr>
                <w:sz w:val="16"/>
                <w:szCs w:val="16"/>
                <w:lang w:val="pl-PL"/>
              </w:rPr>
              <w:t>Akademia WSB, sala nr 102</w:t>
            </w:r>
          </w:p>
        </w:tc>
        <w:tc>
          <w:tcPr>
            <w:tcW w:w="1701" w:type="dxa"/>
            <w:vMerge w:val="restart"/>
          </w:tcPr>
          <w:p w14:paraId="610BB437" w14:textId="3038B7EF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4A067A" w14:paraId="01184A58" w14:textId="77777777" w:rsidTr="003742F0">
        <w:tc>
          <w:tcPr>
            <w:tcW w:w="1134" w:type="dxa"/>
            <w:vMerge/>
          </w:tcPr>
          <w:p w14:paraId="0D250E20" w14:textId="77777777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</w:tcPr>
          <w:p w14:paraId="619BA0A4" w14:textId="4F85C9A9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Doradztwo zawodowe</w:t>
            </w:r>
          </w:p>
        </w:tc>
        <w:tc>
          <w:tcPr>
            <w:tcW w:w="2551" w:type="dxa"/>
          </w:tcPr>
          <w:p w14:paraId="2A6E9B32" w14:textId="58DD4DB8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/>
          </w:tcPr>
          <w:p w14:paraId="70449FBB" w14:textId="77777777" w:rsidR="004A067A" w:rsidRPr="00D1278A" w:rsidRDefault="004A067A" w:rsidP="008070AE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13B0CF95" w14:textId="77777777" w:rsidR="004A067A" w:rsidRPr="003742F0" w:rsidRDefault="004A067A" w:rsidP="008070AE">
            <w:pPr>
              <w:rPr>
                <w:sz w:val="16"/>
                <w:szCs w:val="16"/>
                <w:lang w:val="pl-PL"/>
              </w:rPr>
            </w:pPr>
          </w:p>
        </w:tc>
      </w:tr>
      <w:tr w:rsidR="004A067A" w14:paraId="7B7C7916" w14:textId="77777777" w:rsidTr="003742F0">
        <w:tc>
          <w:tcPr>
            <w:tcW w:w="1134" w:type="dxa"/>
            <w:vMerge w:val="restart"/>
          </w:tcPr>
          <w:p w14:paraId="38125E0E" w14:textId="3AF9E7BB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11:00-11:50</w:t>
            </w:r>
          </w:p>
        </w:tc>
        <w:tc>
          <w:tcPr>
            <w:tcW w:w="2694" w:type="dxa"/>
          </w:tcPr>
          <w:p w14:paraId="33AF1A20" w14:textId="37D6D7FB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„</w:t>
            </w:r>
            <w:r w:rsidRPr="004A067A">
              <w:rPr>
                <w:sz w:val="16"/>
                <w:szCs w:val="16"/>
                <w:lang w:val="pl-PL"/>
              </w:rPr>
              <w:t>Od szkoły do sukcesu – planowanie przyszłości zawodowej</w:t>
            </w:r>
            <w:r>
              <w:rPr>
                <w:sz w:val="16"/>
                <w:szCs w:val="16"/>
                <w:lang w:val="pl-PL"/>
              </w:rPr>
              <w:t>”</w:t>
            </w:r>
          </w:p>
        </w:tc>
        <w:tc>
          <w:tcPr>
            <w:tcW w:w="2551" w:type="dxa"/>
          </w:tcPr>
          <w:p w14:paraId="5F8A0BB3" w14:textId="6045E226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</w:t>
            </w:r>
            <w:r w:rsidRPr="003742F0">
              <w:rPr>
                <w:sz w:val="16"/>
                <w:szCs w:val="16"/>
                <w:lang w:val="pl-PL"/>
              </w:rPr>
              <w:t xml:space="preserve">r Jarosław </w:t>
            </w:r>
            <w:proofErr w:type="spellStart"/>
            <w:r w:rsidRPr="003742F0">
              <w:rPr>
                <w:sz w:val="16"/>
                <w:szCs w:val="16"/>
                <w:lang w:val="pl-PL"/>
              </w:rPr>
              <w:t>Legięć</w:t>
            </w:r>
            <w:proofErr w:type="spellEnd"/>
            <w:r w:rsidRPr="003742F0">
              <w:rPr>
                <w:sz w:val="16"/>
                <w:szCs w:val="16"/>
                <w:lang w:val="pl-PL"/>
              </w:rPr>
              <w:t xml:space="preserve"> – Akademia WSB</w:t>
            </w:r>
          </w:p>
        </w:tc>
        <w:tc>
          <w:tcPr>
            <w:tcW w:w="2835" w:type="dxa"/>
            <w:vMerge w:val="restart"/>
          </w:tcPr>
          <w:p w14:paraId="4DEFB635" w14:textId="5EA8EB44" w:rsidR="004A067A" w:rsidRPr="00D1278A" w:rsidRDefault="004A067A" w:rsidP="004A067A">
            <w:pPr>
              <w:rPr>
                <w:sz w:val="16"/>
                <w:szCs w:val="16"/>
                <w:lang w:val="pl-PL"/>
              </w:rPr>
            </w:pPr>
            <w:r w:rsidRPr="00D1278A">
              <w:rPr>
                <w:sz w:val="16"/>
                <w:szCs w:val="16"/>
                <w:lang w:val="pl-PL"/>
              </w:rPr>
              <w:t>Akademia WSB, sala nr 102</w:t>
            </w:r>
          </w:p>
        </w:tc>
        <w:tc>
          <w:tcPr>
            <w:tcW w:w="1701" w:type="dxa"/>
            <w:vMerge w:val="restart"/>
          </w:tcPr>
          <w:p w14:paraId="002DE37A" w14:textId="11567229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4A067A" w14:paraId="1AE30650" w14:textId="77777777" w:rsidTr="003742F0">
        <w:tc>
          <w:tcPr>
            <w:tcW w:w="1134" w:type="dxa"/>
            <w:vMerge/>
          </w:tcPr>
          <w:p w14:paraId="21B45241" w14:textId="77777777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</w:tcPr>
          <w:p w14:paraId="1DC43A0B" w14:textId="7C0ACB64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Doradztwo zawodowe</w:t>
            </w:r>
          </w:p>
        </w:tc>
        <w:tc>
          <w:tcPr>
            <w:tcW w:w="2551" w:type="dxa"/>
          </w:tcPr>
          <w:p w14:paraId="0BF374D7" w14:textId="4529A68D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/>
          </w:tcPr>
          <w:p w14:paraId="15D62277" w14:textId="77777777" w:rsidR="004A067A" w:rsidRPr="00D1278A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52F4F836" w14:textId="77777777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</w:tr>
      <w:tr w:rsidR="004A067A" w14:paraId="16E7D561" w14:textId="77777777" w:rsidTr="003742F0">
        <w:tc>
          <w:tcPr>
            <w:tcW w:w="1134" w:type="dxa"/>
          </w:tcPr>
          <w:p w14:paraId="593F4C15" w14:textId="14992F65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12:00</w:t>
            </w:r>
          </w:p>
        </w:tc>
        <w:tc>
          <w:tcPr>
            <w:tcW w:w="2694" w:type="dxa"/>
          </w:tcPr>
          <w:p w14:paraId="6C569F49" w14:textId="691F0D9B" w:rsidR="004A067A" w:rsidRPr="000B3FBE" w:rsidRDefault="004A067A" w:rsidP="004A067A">
            <w:pPr>
              <w:rPr>
                <w:b/>
                <w:bCs/>
                <w:sz w:val="16"/>
                <w:szCs w:val="16"/>
                <w:lang w:val="pl-PL"/>
              </w:rPr>
            </w:pPr>
            <w:r w:rsidRPr="000B3FBE">
              <w:rPr>
                <w:b/>
                <w:bCs/>
                <w:sz w:val="16"/>
                <w:szCs w:val="16"/>
                <w:lang w:val="pl-PL"/>
              </w:rPr>
              <w:t>OFICJALNE ROZPOCZĘCIE GIEŁDY, PRZYWITANIE GOŚCI PREZ PANIĄ BURMISTRZ, PANIA STAROŚCINĘ, DYREKTOR POWIATOWEGO URZĘDU PRACY</w:t>
            </w:r>
          </w:p>
        </w:tc>
        <w:tc>
          <w:tcPr>
            <w:tcW w:w="2551" w:type="dxa"/>
          </w:tcPr>
          <w:p w14:paraId="5229B5AB" w14:textId="77777777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</w:tcPr>
          <w:p w14:paraId="252B4E98" w14:textId="77777777" w:rsidR="004A067A" w:rsidRPr="00D1278A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</w:tcPr>
          <w:p w14:paraId="0972DF29" w14:textId="77777777" w:rsidR="004A067A" w:rsidRPr="003742F0" w:rsidRDefault="004A067A" w:rsidP="004A067A">
            <w:pPr>
              <w:rPr>
                <w:sz w:val="16"/>
                <w:szCs w:val="16"/>
                <w:lang w:val="pl-PL"/>
              </w:rPr>
            </w:pPr>
          </w:p>
        </w:tc>
      </w:tr>
      <w:tr w:rsidR="008C67CB" w14:paraId="0093982C" w14:textId="77777777" w:rsidTr="003742F0">
        <w:tc>
          <w:tcPr>
            <w:tcW w:w="1134" w:type="dxa"/>
            <w:vMerge w:val="restart"/>
          </w:tcPr>
          <w:p w14:paraId="56F1A787" w14:textId="13AF7BDB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1</w:t>
            </w:r>
            <w:r>
              <w:rPr>
                <w:sz w:val="16"/>
                <w:szCs w:val="16"/>
                <w:lang w:val="pl-PL"/>
              </w:rPr>
              <w:t>3</w:t>
            </w:r>
            <w:r w:rsidRPr="003742F0">
              <w:rPr>
                <w:sz w:val="16"/>
                <w:szCs w:val="16"/>
                <w:lang w:val="pl-PL"/>
              </w:rPr>
              <w:t>:00-1</w:t>
            </w:r>
            <w:r>
              <w:rPr>
                <w:sz w:val="16"/>
                <w:szCs w:val="16"/>
                <w:lang w:val="pl-PL"/>
              </w:rPr>
              <w:t>3</w:t>
            </w:r>
            <w:r w:rsidRPr="003742F0">
              <w:rPr>
                <w:sz w:val="16"/>
                <w:szCs w:val="16"/>
                <w:lang w:val="pl-PL"/>
              </w:rPr>
              <w:t>:</w:t>
            </w:r>
            <w:r>
              <w:rPr>
                <w:sz w:val="16"/>
                <w:szCs w:val="16"/>
                <w:lang w:val="pl-PL"/>
              </w:rPr>
              <w:t>5</w:t>
            </w:r>
            <w:r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0FB4D637" w14:textId="7EC489C5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„</w:t>
            </w:r>
            <w:r w:rsidRPr="008C67CB">
              <w:rPr>
                <w:sz w:val="16"/>
                <w:szCs w:val="16"/>
                <w:lang w:val="pl-PL"/>
              </w:rPr>
              <w:t>Przygotowanie się do matury, radzenie sobie ze stresem, planowanie przyszłości i podejmowanie decyzji</w:t>
            </w:r>
            <w:r w:rsidRPr="003742F0">
              <w:rPr>
                <w:sz w:val="16"/>
                <w:szCs w:val="16"/>
                <w:lang w:val="pl-PL"/>
              </w:rPr>
              <w:t>”</w:t>
            </w:r>
          </w:p>
        </w:tc>
        <w:tc>
          <w:tcPr>
            <w:tcW w:w="2551" w:type="dxa"/>
          </w:tcPr>
          <w:p w14:paraId="278AAC3C" w14:textId="2FE99BD5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 w:rsidRPr="008C67CB">
              <w:rPr>
                <w:sz w:val="16"/>
                <w:szCs w:val="16"/>
                <w:lang w:val="pl-PL"/>
              </w:rPr>
              <w:t xml:space="preserve">Psycholog </w:t>
            </w:r>
            <w:r>
              <w:rPr>
                <w:sz w:val="16"/>
                <w:szCs w:val="16"/>
                <w:lang w:val="pl-PL"/>
              </w:rPr>
              <w:t>M</w:t>
            </w:r>
            <w:r w:rsidRPr="008C67CB">
              <w:rPr>
                <w:sz w:val="16"/>
                <w:szCs w:val="16"/>
                <w:lang w:val="pl-PL"/>
              </w:rPr>
              <w:t xml:space="preserve">gr Patrycja </w:t>
            </w:r>
            <w:proofErr w:type="spellStart"/>
            <w:r w:rsidRPr="008C67CB">
              <w:rPr>
                <w:sz w:val="16"/>
                <w:szCs w:val="16"/>
                <w:lang w:val="pl-PL"/>
              </w:rPr>
              <w:t>Szczechla</w:t>
            </w:r>
            <w:proofErr w:type="spellEnd"/>
            <w:r w:rsidR="00F47B94">
              <w:rPr>
                <w:sz w:val="16"/>
                <w:szCs w:val="16"/>
                <w:lang w:val="pl-PL"/>
              </w:rPr>
              <w:t xml:space="preserve"> </w:t>
            </w:r>
            <w:r w:rsidRPr="003742F0">
              <w:rPr>
                <w:sz w:val="16"/>
                <w:szCs w:val="16"/>
                <w:lang w:val="pl-PL"/>
              </w:rPr>
              <w:t>– Akademia WSB</w:t>
            </w:r>
          </w:p>
        </w:tc>
        <w:tc>
          <w:tcPr>
            <w:tcW w:w="2835" w:type="dxa"/>
            <w:vMerge w:val="restart"/>
          </w:tcPr>
          <w:p w14:paraId="0DFE52BD" w14:textId="14AE46D5" w:rsidR="008C67CB" w:rsidRPr="00D1278A" w:rsidRDefault="008C67CB" w:rsidP="008C67CB">
            <w:pPr>
              <w:rPr>
                <w:sz w:val="16"/>
                <w:szCs w:val="16"/>
                <w:lang w:val="pl-PL"/>
              </w:rPr>
            </w:pPr>
            <w:r w:rsidRPr="00D1278A">
              <w:rPr>
                <w:sz w:val="16"/>
                <w:szCs w:val="16"/>
                <w:lang w:val="pl-PL"/>
              </w:rPr>
              <w:t>Akademia WSB, sala nr 102</w:t>
            </w:r>
          </w:p>
        </w:tc>
        <w:tc>
          <w:tcPr>
            <w:tcW w:w="1701" w:type="dxa"/>
            <w:vMerge w:val="restart"/>
          </w:tcPr>
          <w:p w14:paraId="70B8E770" w14:textId="5E9DC38C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8C67CB" w14:paraId="1C092DF8" w14:textId="190D8749" w:rsidTr="003742F0">
        <w:tc>
          <w:tcPr>
            <w:tcW w:w="1134" w:type="dxa"/>
            <w:vMerge/>
          </w:tcPr>
          <w:p w14:paraId="32043F26" w14:textId="08D562DB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</w:tcPr>
          <w:p w14:paraId="67F7576A" w14:textId="39A9AECA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Doradztwo zawodowe</w:t>
            </w:r>
          </w:p>
        </w:tc>
        <w:tc>
          <w:tcPr>
            <w:tcW w:w="2551" w:type="dxa"/>
          </w:tcPr>
          <w:p w14:paraId="16E169B5" w14:textId="3DA35BBE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/>
          </w:tcPr>
          <w:p w14:paraId="60A10351" w14:textId="70C6C631" w:rsidR="008C67CB" w:rsidRPr="00D1278A" w:rsidRDefault="008C67CB" w:rsidP="008C67CB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370BC52D" w14:textId="45300788" w:rsidR="008C67CB" w:rsidRPr="003742F0" w:rsidRDefault="008C67CB" w:rsidP="008C67CB">
            <w:pPr>
              <w:rPr>
                <w:sz w:val="16"/>
                <w:szCs w:val="16"/>
                <w:lang w:val="pl-PL"/>
              </w:rPr>
            </w:pPr>
          </w:p>
        </w:tc>
      </w:tr>
    </w:tbl>
    <w:p w14:paraId="519D88B5" w14:textId="23215796" w:rsidR="008266FD" w:rsidRDefault="008266FD" w:rsidP="008266FD">
      <w:pPr>
        <w:pStyle w:val="Nagwek1"/>
        <w:rPr>
          <w:lang w:val="pl-PL"/>
        </w:rPr>
      </w:pPr>
      <w:r w:rsidRPr="008A3204">
        <w:rPr>
          <w:lang w:val="pl-PL"/>
        </w:rPr>
        <w:t>1</w:t>
      </w:r>
      <w:r>
        <w:rPr>
          <w:lang w:val="pl-PL"/>
        </w:rPr>
        <w:t>8.</w:t>
      </w:r>
      <w:r w:rsidRPr="008A3204">
        <w:rPr>
          <w:lang w:val="pl-PL"/>
        </w:rPr>
        <w:t>11.202</w:t>
      </w:r>
      <w:r>
        <w:rPr>
          <w:lang w:val="pl-PL"/>
        </w:rPr>
        <w:t>6</w:t>
      </w:r>
      <w:r w:rsidRPr="008A3204">
        <w:rPr>
          <w:lang w:val="pl-PL"/>
        </w:rPr>
        <w:t xml:space="preserve"> – </w:t>
      </w:r>
      <w:r>
        <w:rPr>
          <w:lang w:val="pl-PL"/>
        </w:rPr>
        <w:t xml:space="preserve">Szkolenia dla </w:t>
      </w:r>
      <w:proofErr w:type="spellStart"/>
      <w:r>
        <w:t>przedsiębiorców</w:t>
      </w:r>
      <w:proofErr w:type="spellEnd"/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8266FD" w14:paraId="425C0582" w14:textId="77777777" w:rsidTr="001B3A57">
        <w:tc>
          <w:tcPr>
            <w:tcW w:w="1134" w:type="dxa"/>
            <w:shd w:val="clear" w:color="auto" w:fill="FABF8F" w:themeFill="accent6" w:themeFillTint="99"/>
          </w:tcPr>
          <w:p w14:paraId="23926F62" w14:textId="77777777" w:rsidR="008266FD" w:rsidRPr="008A3204" w:rsidRDefault="008266FD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43C7BE18" w14:textId="77777777" w:rsidR="008266FD" w:rsidRPr="008A3204" w:rsidRDefault="008266FD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60D48119" w14:textId="77777777" w:rsidR="008266FD" w:rsidRPr="008A3204" w:rsidRDefault="008266FD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536988E1" w14:textId="77777777" w:rsidR="008266FD" w:rsidRPr="008A3204" w:rsidRDefault="008266FD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12B4EFB1" w14:textId="77777777" w:rsidR="008266FD" w:rsidRPr="008A3204" w:rsidRDefault="008266FD" w:rsidP="001B3A57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B4766B" w14:paraId="79D25366" w14:textId="77777777" w:rsidTr="001B3A57">
        <w:tc>
          <w:tcPr>
            <w:tcW w:w="1134" w:type="dxa"/>
            <w:vMerge w:val="restart"/>
          </w:tcPr>
          <w:p w14:paraId="5C034460" w14:textId="267D74B9" w:rsidR="00B4766B" w:rsidRDefault="00B4766B" w:rsidP="00B4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17:00-18:30</w:t>
            </w:r>
          </w:p>
        </w:tc>
        <w:tc>
          <w:tcPr>
            <w:tcW w:w="2694" w:type="dxa"/>
          </w:tcPr>
          <w:p w14:paraId="04630B0E" w14:textId="22A8400C" w:rsidR="00B4766B" w:rsidRPr="004C4CE8" w:rsidRDefault="00B4766B" w:rsidP="00B4766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Wystąpienie </w:t>
            </w:r>
            <w:r w:rsidRPr="008266FD">
              <w:rPr>
                <w:sz w:val="16"/>
                <w:szCs w:val="16"/>
                <w:lang w:val="pl-PL"/>
              </w:rPr>
              <w:t xml:space="preserve">„Zatrudnianie cudzoziemców” </w:t>
            </w:r>
            <w:r>
              <w:rPr>
                <w:sz w:val="16"/>
                <w:szCs w:val="16"/>
                <w:lang w:val="pl-PL"/>
              </w:rPr>
              <w:t xml:space="preserve">+ Stolik ekspercki </w:t>
            </w:r>
          </w:p>
        </w:tc>
        <w:tc>
          <w:tcPr>
            <w:tcW w:w="2551" w:type="dxa"/>
          </w:tcPr>
          <w:p w14:paraId="66ABD0BB" w14:textId="479ED8A2" w:rsidR="00B4766B" w:rsidRPr="004C4CE8" w:rsidRDefault="00B4766B" w:rsidP="00B4766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 w:val="restart"/>
          </w:tcPr>
          <w:p w14:paraId="68737C0F" w14:textId="02C86981" w:rsidR="00B4766B" w:rsidRPr="003742F0" w:rsidRDefault="00B4766B" w:rsidP="00B4766B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  <w:vMerge w:val="restart"/>
          </w:tcPr>
          <w:p w14:paraId="316B3B65" w14:textId="410ACE12" w:rsidR="00B4766B" w:rsidRDefault="00B4766B" w:rsidP="00B4766B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Dla właścicieli firm i kadry zarządzającej</w:t>
            </w:r>
          </w:p>
        </w:tc>
      </w:tr>
      <w:tr w:rsidR="00B4766B" w14:paraId="15441840" w14:textId="77777777" w:rsidTr="001B3A57">
        <w:tc>
          <w:tcPr>
            <w:tcW w:w="1134" w:type="dxa"/>
            <w:vMerge/>
          </w:tcPr>
          <w:p w14:paraId="0500FD10" w14:textId="0DA8F9A2" w:rsidR="00B4766B" w:rsidRDefault="00B4766B" w:rsidP="00B4766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14:paraId="11F90D15" w14:textId="511C07EE" w:rsidR="00B4766B" w:rsidRDefault="00B4766B" w:rsidP="00B4766B">
            <w:pPr>
              <w:rPr>
                <w:sz w:val="16"/>
                <w:szCs w:val="16"/>
                <w:lang w:val="pl-PL"/>
              </w:rPr>
            </w:pPr>
            <w:r w:rsidRPr="004C4CE8">
              <w:rPr>
                <w:sz w:val="16"/>
                <w:szCs w:val="16"/>
                <w:lang w:val="pl-PL"/>
              </w:rPr>
              <w:t>"</w:t>
            </w:r>
            <w:r w:rsidRPr="008266FD">
              <w:rPr>
                <w:sz w:val="16"/>
                <w:szCs w:val="16"/>
                <w:lang w:val="pl-PL"/>
              </w:rPr>
              <w:t>Młody człowiek jest Twoim rozwiązaniem</w:t>
            </w:r>
            <w:r w:rsidRPr="004C4CE8">
              <w:rPr>
                <w:sz w:val="16"/>
                <w:szCs w:val="16"/>
                <w:lang w:val="pl-PL"/>
              </w:rPr>
              <w:t>"</w:t>
            </w:r>
            <w:r>
              <w:rPr>
                <w:sz w:val="16"/>
                <w:szCs w:val="16"/>
                <w:lang w:val="pl-PL"/>
              </w:rPr>
              <w:t>,</w:t>
            </w:r>
            <w:r>
              <w:t xml:space="preserve"> </w:t>
            </w:r>
            <w:r w:rsidRPr="008266FD">
              <w:rPr>
                <w:sz w:val="16"/>
                <w:szCs w:val="16"/>
                <w:lang w:val="pl-PL"/>
              </w:rPr>
              <w:t>czyli ścieżka przyjęcia ucznia na praktyki w Twojej firmie</w:t>
            </w:r>
            <w:r>
              <w:rPr>
                <w:sz w:val="16"/>
                <w:szCs w:val="16"/>
                <w:lang w:val="pl-PL"/>
              </w:rPr>
              <w:t>. Historie sukcesu.</w:t>
            </w:r>
          </w:p>
        </w:tc>
        <w:tc>
          <w:tcPr>
            <w:tcW w:w="2551" w:type="dxa"/>
          </w:tcPr>
          <w:p w14:paraId="46C22290" w14:textId="77777777" w:rsidR="00B4766B" w:rsidRPr="008266FD" w:rsidRDefault="00B4766B" w:rsidP="00B4766B">
            <w:pPr>
              <w:rPr>
                <w:sz w:val="16"/>
                <w:szCs w:val="16"/>
                <w:lang w:val="pl-PL"/>
              </w:rPr>
            </w:pPr>
            <w:r w:rsidRPr="008266FD">
              <w:rPr>
                <w:sz w:val="16"/>
                <w:szCs w:val="16"/>
                <w:lang w:val="pl-PL"/>
              </w:rPr>
              <w:t>Józef Szczotka – Cech Rzemieślników i Przedsiębiorców w Cieszynie</w:t>
            </w:r>
          </w:p>
          <w:p w14:paraId="1A778FEF" w14:textId="20B4B62C" w:rsidR="00B4766B" w:rsidRPr="00765EAC" w:rsidRDefault="00B4766B" w:rsidP="00B4766B">
            <w:pPr>
              <w:rPr>
                <w:color w:val="000000" w:themeColor="text1"/>
                <w:sz w:val="16"/>
                <w:szCs w:val="16"/>
                <w:lang w:val="pl-PL"/>
              </w:rPr>
            </w:pPr>
            <w:r w:rsidRPr="008266FD">
              <w:rPr>
                <w:sz w:val="16"/>
                <w:szCs w:val="16"/>
                <w:lang w:val="pl-PL"/>
              </w:rPr>
              <w:t xml:space="preserve">Dyrektor Bożena Cholewa - </w:t>
            </w:r>
            <w:proofErr w:type="spellStart"/>
            <w:r w:rsidRPr="008266FD">
              <w:rPr>
                <w:sz w:val="16"/>
                <w:szCs w:val="16"/>
              </w:rPr>
              <w:t>Zespół</w:t>
            </w:r>
            <w:proofErr w:type="spellEnd"/>
            <w:r w:rsidRPr="008266FD">
              <w:rPr>
                <w:sz w:val="16"/>
                <w:szCs w:val="16"/>
              </w:rPr>
              <w:t xml:space="preserve"> </w:t>
            </w:r>
            <w:proofErr w:type="spellStart"/>
            <w:r w:rsidRPr="008266FD">
              <w:rPr>
                <w:sz w:val="16"/>
                <w:szCs w:val="16"/>
              </w:rPr>
              <w:t>Szkół</w:t>
            </w:r>
            <w:proofErr w:type="spellEnd"/>
            <w:r w:rsidRPr="008266FD">
              <w:rPr>
                <w:sz w:val="16"/>
                <w:szCs w:val="16"/>
              </w:rPr>
              <w:t xml:space="preserve"> </w:t>
            </w:r>
            <w:proofErr w:type="spellStart"/>
            <w:r w:rsidRPr="008266FD">
              <w:rPr>
                <w:sz w:val="16"/>
                <w:szCs w:val="16"/>
              </w:rPr>
              <w:t>Technicznych</w:t>
            </w:r>
            <w:proofErr w:type="spellEnd"/>
            <w:r w:rsidRPr="008266FD">
              <w:rPr>
                <w:sz w:val="16"/>
                <w:szCs w:val="16"/>
              </w:rPr>
              <w:br/>
            </w:r>
            <w:proofErr w:type="spellStart"/>
            <w:r w:rsidRPr="008266FD">
              <w:rPr>
                <w:sz w:val="16"/>
                <w:szCs w:val="16"/>
              </w:rPr>
              <w:t>im</w:t>
            </w:r>
            <w:proofErr w:type="spellEnd"/>
            <w:r w:rsidRPr="008266FD">
              <w:rPr>
                <w:sz w:val="16"/>
                <w:szCs w:val="16"/>
              </w:rPr>
              <w:t xml:space="preserve">. </w:t>
            </w:r>
            <w:proofErr w:type="spellStart"/>
            <w:r w:rsidRPr="008266FD">
              <w:rPr>
                <w:sz w:val="16"/>
                <w:szCs w:val="16"/>
              </w:rPr>
              <w:t>płk</w:t>
            </w:r>
            <w:proofErr w:type="spellEnd"/>
            <w:r w:rsidRPr="008266FD">
              <w:rPr>
                <w:sz w:val="16"/>
                <w:szCs w:val="16"/>
              </w:rPr>
              <w:t xml:space="preserve"> Gwidona </w:t>
            </w:r>
            <w:proofErr w:type="spellStart"/>
            <w:r w:rsidRPr="008266FD">
              <w:rPr>
                <w:sz w:val="16"/>
                <w:szCs w:val="16"/>
              </w:rPr>
              <w:t>Langera</w:t>
            </w:r>
            <w:proofErr w:type="spellEnd"/>
            <w:r w:rsidRPr="008266FD">
              <w:rPr>
                <w:sz w:val="16"/>
                <w:szCs w:val="16"/>
              </w:rPr>
              <w:t xml:space="preserve"> w </w:t>
            </w:r>
            <w:proofErr w:type="spellStart"/>
            <w:r w:rsidRPr="008266FD">
              <w:rPr>
                <w:sz w:val="16"/>
                <w:szCs w:val="16"/>
              </w:rPr>
              <w:t>Cieszynie</w:t>
            </w:r>
            <w:proofErr w:type="spellEnd"/>
          </w:p>
        </w:tc>
        <w:tc>
          <w:tcPr>
            <w:tcW w:w="2835" w:type="dxa"/>
            <w:vMerge/>
          </w:tcPr>
          <w:p w14:paraId="77D98B3A" w14:textId="4436BB9E" w:rsidR="00B4766B" w:rsidRPr="00060B46" w:rsidRDefault="00B4766B" w:rsidP="00B4766B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6FBF343E" w14:textId="5DD26A49" w:rsidR="00B4766B" w:rsidRDefault="00B4766B" w:rsidP="00B4766B">
            <w:pPr>
              <w:rPr>
                <w:sz w:val="16"/>
                <w:szCs w:val="16"/>
                <w:lang w:val="pl-PL"/>
              </w:rPr>
            </w:pPr>
          </w:p>
        </w:tc>
      </w:tr>
    </w:tbl>
    <w:p w14:paraId="2A3E30D5" w14:textId="3C9DB73F" w:rsidR="008A3204" w:rsidRDefault="008A3204" w:rsidP="008A3204">
      <w:pPr>
        <w:pStyle w:val="Nagwek1"/>
        <w:rPr>
          <w:lang w:val="pl-PL"/>
        </w:rPr>
      </w:pPr>
      <w:r w:rsidRPr="008A3204">
        <w:rPr>
          <w:lang w:val="pl-PL"/>
        </w:rPr>
        <w:t>1</w:t>
      </w:r>
      <w:r>
        <w:rPr>
          <w:lang w:val="pl-PL"/>
        </w:rPr>
        <w:t>9</w:t>
      </w:r>
      <w:r w:rsidRPr="008A3204">
        <w:rPr>
          <w:lang w:val="pl-PL"/>
        </w:rPr>
        <w:t>.11.202</w:t>
      </w:r>
      <w:r w:rsidR="004C4CE8">
        <w:rPr>
          <w:lang w:val="pl-PL"/>
        </w:rPr>
        <w:t>6</w:t>
      </w:r>
      <w:r w:rsidRPr="008A3204">
        <w:rPr>
          <w:lang w:val="pl-PL"/>
        </w:rPr>
        <w:t xml:space="preserve"> – </w:t>
      </w:r>
      <w:r>
        <w:rPr>
          <w:lang w:val="pl-PL"/>
        </w:rPr>
        <w:t>Dzień dla młodzieży</w:t>
      </w:r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8A3204" w14:paraId="3FD09894" w14:textId="77777777" w:rsidTr="003742F0">
        <w:tc>
          <w:tcPr>
            <w:tcW w:w="1134" w:type="dxa"/>
            <w:shd w:val="clear" w:color="auto" w:fill="FABF8F" w:themeFill="accent6" w:themeFillTint="99"/>
          </w:tcPr>
          <w:p w14:paraId="31DE77C6" w14:textId="4A1A2082" w:rsidR="008A3204" w:rsidRDefault="008A3204" w:rsidP="008A3204">
            <w:pPr>
              <w:jc w:val="center"/>
              <w:rPr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3EA5AEF0" w14:textId="4DF7BE61" w:rsidR="008A3204" w:rsidRDefault="008A3204" w:rsidP="008A3204">
            <w:pPr>
              <w:jc w:val="center"/>
              <w:rPr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7534F604" w14:textId="65D1D752" w:rsidR="008A3204" w:rsidRDefault="008A3204" w:rsidP="008A3204">
            <w:pPr>
              <w:jc w:val="center"/>
              <w:rPr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0BCEE693" w14:textId="097A05ED" w:rsidR="008A3204" w:rsidRDefault="008A3204" w:rsidP="008A3204">
            <w:pPr>
              <w:jc w:val="center"/>
              <w:rPr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1B705744" w14:textId="49EBF241" w:rsidR="008A3204" w:rsidRDefault="008A3204" w:rsidP="008A3204">
            <w:pPr>
              <w:jc w:val="center"/>
              <w:rPr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4C1FF8" w14:paraId="2FD40D13" w14:textId="77777777" w:rsidTr="004E139D">
        <w:tc>
          <w:tcPr>
            <w:tcW w:w="1134" w:type="dxa"/>
          </w:tcPr>
          <w:p w14:paraId="25F01DFD" w14:textId="77777777" w:rsidR="004C1FF8" w:rsidRPr="001A2516" w:rsidRDefault="004C1FF8" w:rsidP="004E139D">
            <w:pPr>
              <w:rPr>
                <w:sz w:val="16"/>
                <w:szCs w:val="16"/>
                <w:lang w:val="pl-PL"/>
              </w:rPr>
            </w:pPr>
            <w:r w:rsidRPr="001A2516">
              <w:rPr>
                <w:sz w:val="16"/>
                <w:szCs w:val="16"/>
                <w:lang w:val="pl-PL"/>
              </w:rPr>
              <w:t>8:00-15:00</w:t>
            </w:r>
          </w:p>
        </w:tc>
        <w:tc>
          <w:tcPr>
            <w:tcW w:w="2694" w:type="dxa"/>
          </w:tcPr>
          <w:p w14:paraId="07BB30A8" w14:textId="77777777" w:rsidR="004C1FF8" w:rsidRDefault="004C1FF8" w:rsidP="004E139D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Dzień otwarty „Młodzież w Punkt”</w:t>
            </w:r>
          </w:p>
          <w:p w14:paraId="334643EC" w14:textId="68D3900E" w:rsidR="004C1FF8" w:rsidRPr="003742F0" w:rsidRDefault="004C1FF8" w:rsidP="004E139D">
            <w:pPr>
              <w:rPr>
                <w:sz w:val="16"/>
                <w:szCs w:val="16"/>
                <w:lang w:val="pl-PL"/>
              </w:rPr>
            </w:pPr>
            <w:r w:rsidRPr="00371369">
              <w:rPr>
                <w:sz w:val="16"/>
                <w:szCs w:val="16"/>
                <w:lang w:val="pl-PL"/>
              </w:rPr>
              <w:t xml:space="preserve">konsultacje indywidualne (informacyjne, doradcze); </w:t>
            </w:r>
            <w:r w:rsidR="001B60D7" w:rsidRPr="008160AC">
              <w:rPr>
                <w:b/>
                <w:bCs/>
                <w:sz w:val="16"/>
                <w:szCs w:val="16"/>
                <w:lang w:val="pl-PL"/>
              </w:rPr>
              <w:t>okulary VR</w:t>
            </w:r>
            <w:r w:rsidR="001B60D7">
              <w:rPr>
                <w:sz w:val="16"/>
                <w:szCs w:val="16"/>
                <w:lang w:val="pl-PL"/>
              </w:rPr>
              <w:t xml:space="preserve">, </w:t>
            </w:r>
            <w:r w:rsidRPr="00371369">
              <w:rPr>
                <w:sz w:val="16"/>
                <w:szCs w:val="16"/>
                <w:lang w:val="pl-PL"/>
              </w:rPr>
              <w:t>możliwość</w:t>
            </w:r>
            <w:r>
              <w:rPr>
                <w:sz w:val="16"/>
                <w:szCs w:val="16"/>
                <w:lang w:val="pl-PL"/>
              </w:rPr>
              <w:t xml:space="preserve"> </w:t>
            </w:r>
            <w:r w:rsidRPr="00371369">
              <w:rPr>
                <w:sz w:val="16"/>
                <w:szCs w:val="16"/>
                <w:lang w:val="pl-PL"/>
              </w:rPr>
              <w:t>wykonania testu badającego cechy przedsiębiorcze, preferencje</w:t>
            </w:r>
            <w:r>
              <w:rPr>
                <w:sz w:val="16"/>
                <w:szCs w:val="16"/>
                <w:lang w:val="pl-PL"/>
              </w:rPr>
              <w:t xml:space="preserve"> </w:t>
            </w:r>
            <w:r w:rsidRPr="00371369">
              <w:rPr>
                <w:sz w:val="16"/>
                <w:szCs w:val="16"/>
                <w:lang w:val="pl-PL"/>
              </w:rPr>
              <w:t>zawodowe, oferta Powiatowego Urzędu Pracy w Cieszynie</w:t>
            </w:r>
          </w:p>
        </w:tc>
        <w:tc>
          <w:tcPr>
            <w:tcW w:w="2551" w:type="dxa"/>
          </w:tcPr>
          <w:p w14:paraId="29A872A0" w14:textId="77777777" w:rsidR="004C1FF8" w:rsidRPr="003742F0" w:rsidRDefault="004C1FF8" w:rsidP="004E139D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</w:tcPr>
          <w:p w14:paraId="3E423F50" w14:textId="77777777" w:rsidR="004C1FF8" w:rsidRPr="003742F0" w:rsidRDefault="004C1FF8" w:rsidP="004E139D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Powiatowy Urząd Pracy</w:t>
            </w:r>
            <w:r>
              <w:rPr>
                <w:sz w:val="16"/>
                <w:szCs w:val="16"/>
                <w:lang w:val="pl-PL"/>
              </w:rPr>
              <w:t>, I piętro, pokój nr 12</w:t>
            </w:r>
          </w:p>
        </w:tc>
        <w:tc>
          <w:tcPr>
            <w:tcW w:w="1701" w:type="dxa"/>
          </w:tcPr>
          <w:p w14:paraId="0E83BC14" w14:textId="77777777" w:rsidR="004C1FF8" w:rsidRDefault="004C1FF8" w:rsidP="004E139D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„Młodzież w Punkt” Wydarzenie całodniowe</w:t>
            </w:r>
          </w:p>
          <w:p w14:paraId="6ED300D6" w14:textId="77777777" w:rsidR="004C1FF8" w:rsidRPr="003742F0" w:rsidRDefault="004C1FF8" w:rsidP="004E139D">
            <w:pPr>
              <w:rPr>
                <w:sz w:val="16"/>
                <w:szCs w:val="16"/>
                <w:lang w:val="pl-PL"/>
              </w:rPr>
            </w:pPr>
          </w:p>
        </w:tc>
      </w:tr>
      <w:tr w:rsidR="004C1FF8" w14:paraId="1C89B761" w14:textId="77777777" w:rsidTr="003742F0">
        <w:tc>
          <w:tcPr>
            <w:tcW w:w="1134" w:type="dxa"/>
          </w:tcPr>
          <w:p w14:paraId="48D21425" w14:textId="5724B691" w:rsidR="004C1FF8" w:rsidRDefault="004C1FF8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9:00-14:00</w:t>
            </w:r>
          </w:p>
        </w:tc>
        <w:tc>
          <w:tcPr>
            <w:tcW w:w="2694" w:type="dxa"/>
          </w:tcPr>
          <w:p w14:paraId="3E5BA6CF" w14:textId="0B9AB953" w:rsidR="004C1FF8" w:rsidRPr="000B3FBE" w:rsidRDefault="004C1FF8" w:rsidP="008070AE">
            <w:pPr>
              <w:rPr>
                <w:b/>
                <w:bCs/>
                <w:sz w:val="16"/>
                <w:szCs w:val="16"/>
                <w:lang w:val="pl-PL"/>
              </w:rPr>
            </w:pPr>
            <w:r w:rsidRPr="000B3FBE">
              <w:rPr>
                <w:b/>
                <w:bCs/>
                <w:sz w:val="16"/>
                <w:szCs w:val="16"/>
                <w:lang w:val="pl-PL"/>
              </w:rPr>
              <w:t>Parada pojazdów pracodawców</w:t>
            </w:r>
          </w:p>
        </w:tc>
        <w:tc>
          <w:tcPr>
            <w:tcW w:w="2551" w:type="dxa"/>
          </w:tcPr>
          <w:p w14:paraId="5D1B2518" w14:textId="77777777" w:rsidR="004C1FF8" w:rsidRPr="004C1FF8" w:rsidRDefault="004C1FF8" w:rsidP="008070AE">
            <w:pPr>
              <w:rPr>
                <w:color w:val="EE0000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</w:tcPr>
          <w:p w14:paraId="756AF803" w14:textId="7EC71A64" w:rsidR="004C1FF8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Płyta Rynku</w:t>
            </w:r>
          </w:p>
        </w:tc>
        <w:tc>
          <w:tcPr>
            <w:tcW w:w="1701" w:type="dxa"/>
          </w:tcPr>
          <w:p w14:paraId="23B97351" w14:textId="6F854F24" w:rsidR="004C1FF8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Wydarzenie otwarte dla młodzieży</w:t>
            </w:r>
            <w:r w:rsidR="00211902">
              <w:rPr>
                <w:sz w:val="16"/>
                <w:szCs w:val="16"/>
                <w:lang w:val="pl-PL"/>
              </w:rPr>
              <w:t xml:space="preserve">, </w:t>
            </w:r>
            <w:r>
              <w:rPr>
                <w:sz w:val="16"/>
                <w:szCs w:val="16"/>
                <w:lang w:val="pl-PL"/>
              </w:rPr>
              <w:t>mieszkańców</w:t>
            </w:r>
            <w:r w:rsidR="00211902">
              <w:rPr>
                <w:sz w:val="16"/>
                <w:szCs w:val="16"/>
                <w:lang w:val="pl-PL"/>
              </w:rPr>
              <w:t>, odwiedzających</w:t>
            </w:r>
          </w:p>
        </w:tc>
      </w:tr>
      <w:tr w:rsidR="008A3204" w14:paraId="05E5481A" w14:textId="77777777" w:rsidTr="003742F0">
        <w:tc>
          <w:tcPr>
            <w:tcW w:w="1134" w:type="dxa"/>
          </w:tcPr>
          <w:p w14:paraId="407A4D8B" w14:textId="032D17DC" w:rsidR="008A3204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lastRenderedPageBreak/>
              <w:t>9</w:t>
            </w:r>
            <w:r w:rsidR="008A3204" w:rsidRPr="003742F0">
              <w:rPr>
                <w:sz w:val="16"/>
                <w:szCs w:val="16"/>
                <w:lang w:val="pl-PL"/>
              </w:rPr>
              <w:t>:</w:t>
            </w:r>
            <w:r>
              <w:rPr>
                <w:sz w:val="16"/>
                <w:szCs w:val="16"/>
                <w:lang w:val="pl-PL"/>
              </w:rPr>
              <w:t>0</w:t>
            </w:r>
            <w:r w:rsidR="008A3204" w:rsidRPr="003742F0">
              <w:rPr>
                <w:sz w:val="16"/>
                <w:szCs w:val="16"/>
                <w:lang w:val="pl-PL"/>
              </w:rPr>
              <w:t>0-9:</w:t>
            </w:r>
            <w:r>
              <w:rPr>
                <w:sz w:val="16"/>
                <w:szCs w:val="16"/>
                <w:lang w:val="pl-PL"/>
              </w:rPr>
              <w:t>5</w:t>
            </w:r>
            <w:r w:rsidR="008A3204"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2EFD96ED" w14:textId="4C10E74B" w:rsidR="008A3204" w:rsidRPr="008160AC" w:rsidRDefault="008160AC" w:rsidP="008070AE">
            <w:pPr>
              <w:rPr>
                <w:sz w:val="16"/>
                <w:szCs w:val="16"/>
                <w:lang w:val="pl-PL"/>
              </w:rPr>
            </w:pPr>
            <w:r w:rsidRPr="008160AC">
              <w:rPr>
                <w:sz w:val="16"/>
                <w:szCs w:val="16"/>
                <w:lang w:val="pl-PL"/>
              </w:rPr>
              <w:t xml:space="preserve">"Zawody przyszłości i wpływ sztucznej inteligencji na rynek pracy" </w:t>
            </w:r>
          </w:p>
        </w:tc>
        <w:tc>
          <w:tcPr>
            <w:tcW w:w="2551" w:type="dxa"/>
          </w:tcPr>
          <w:p w14:paraId="2995FDFE" w14:textId="55BCB540" w:rsidR="00371369" w:rsidRPr="008160AC" w:rsidRDefault="00371369" w:rsidP="008070AE">
            <w:pPr>
              <w:rPr>
                <w:sz w:val="16"/>
                <w:szCs w:val="16"/>
                <w:lang w:val="pl-PL"/>
              </w:rPr>
            </w:pPr>
            <w:r w:rsidRPr="008160AC">
              <w:rPr>
                <w:sz w:val="16"/>
                <w:szCs w:val="16"/>
                <w:lang w:val="pl-PL"/>
              </w:rPr>
              <w:t xml:space="preserve">Jolanta </w:t>
            </w:r>
            <w:proofErr w:type="spellStart"/>
            <w:r w:rsidRPr="008160AC">
              <w:rPr>
                <w:sz w:val="16"/>
                <w:szCs w:val="16"/>
                <w:lang w:val="pl-PL"/>
              </w:rPr>
              <w:t>Krzykwa</w:t>
            </w:r>
            <w:proofErr w:type="spellEnd"/>
            <w:r w:rsidRPr="008160AC">
              <w:rPr>
                <w:sz w:val="16"/>
                <w:szCs w:val="16"/>
                <w:lang w:val="pl-PL"/>
              </w:rPr>
              <w:t xml:space="preserve"> – Starszy Doradca Zawodowy</w:t>
            </w:r>
          </w:p>
          <w:p w14:paraId="51B45040" w14:textId="20FE2646" w:rsidR="008160AC" w:rsidRPr="008160AC" w:rsidRDefault="008160AC" w:rsidP="008070AE">
            <w:pPr>
              <w:rPr>
                <w:sz w:val="16"/>
                <w:szCs w:val="16"/>
                <w:lang w:val="pl-PL"/>
              </w:rPr>
            </w:pPr>
            <w:r w:rsidRPr="008160AC">
              <w:rPr>
                <w:sz w:val="16"/>
                <w:szCs w:val="16"/>
                <w:lang w:val="pl-PL"/>
              </w:rPr>
              <w:t xml:space="preserve">Magdalena Wójcik – </w:t>
            </w:r>
            <w:r w:rsidR="00D92D75">
              <w:rPr>
                <w:sz w:val="16"/>
                <w:szCs w:val="16"/>
                <w:lang w:val="pl-PL"/>
              </w:rPr>
              <w:t xml:space="preserve">Starszy </w:t>
            </w:r>
            <w:r w:rsidRPr="008160AC">
              <w:rPr>
                <w:sz w:val="16"/>
                <w:szCs w:val="16"/>
                <w:lang w:val="pl-PL"/>
              </w:rPr>
              <w:t>Doradca Zawodowy</w:t>
            </w:r>
          </w:p>
          <w:p w14:paraId="2BB40A65" w14:textId="77777777" w:rsidR="008A3204" w:rsidRPr="008160AC" w:rsidRDefault="008A3204" w:rsidP="008070AE">
            <w:pPr>
              <w:rPr>
                <w:sz w:val="16"/>
                <w:szCs w:val="16"/>
                <w:lang w:val="pl-PL"/>
              </w:rPr>
            </w:pPr>
          </w:p>
          <w:p w14:paraId="5193DC3C" w14:textId="0AFBC9B6" w:rsidR="008A3204" w:rsidRPr="008160AC" w:rsidRDefault="008A3204" w:rsidP="008070AE">
            <w:pPr>
              <w:rPr>
                <w:sz w:val="16"/>
                <w:szCs w:val="16"/>
                <w:lang w:val="pl-PL"/>
              </w:rPr>
            </w:pPr>
            <w:r w:rsidRPr="008160AC">
              <w:rPr>
                <w:sz w:val="16"/>
                <w:szCs w:val="16"/>
                <w:lang w:val="pl-PL"/>
              </w:rPr>
              <w:t>Powiatowy Urząd Pracy</w:t>
            </w:r>
            <w:r w:rsidR="00C450CA" w:rsidRPr="008160AC">
              <w:rPr>
                <w:sz w:val="16"/>
                <w:szCs w:val="16"/>
                <w:lang w:val="pl-PL"/>
              </w:rPr>
              <w:t xml:space="preserve"> w Cieszynie</w:t>
            </w:r>
          </w:p>
        </w:tc>
        <w:tc>
          <w:tcPr>
            <w:tcW w:w="2835" w:type="dxa"/>
          </w:tcPr>
          <w:p w14:paraId="3074D758" w14:textId="4BCC1341" w:rsidR="008A3204" w:rsidRPr="003742F0" w:rsidRDefault="00F42B3F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</w:tcPr>
          <w:p w14:paraId="0D7613E1" w14:textId="38662B19" w:rsidR="008A3204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8A3204" w14:paraId="34A66AC4" w14:textId="77777777" w:rsidTr="003742F0">
        <w:tc>
          <w:tcPr>
            <w:tcW w:w="1134" w:type="dxa"/>
          </w:tcPr>
          <w:p w14:paraId="480BCB1C" w14:textId="27F2B847" w:rsidR="008A3204" w:rsidRPr="003742F0" w:rsidRDefault="00405D13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10</w:t>
            </w:r>
            <w:r w:rsidR="008A3204" w:rsidRPr="003742F0">
              <w:rPr>
                <w:sz w:val="16"/>
                <w:szCs w:val="16"/>
                <w:lang w:val="pl-PL"/>
              </w:rPr>
              <w:t>:</w:t>
            </w:r>
            <w:r>
              <w:rPr>
                <w:sz w:val="16"/>
                <w:szCs w:val="16"/>
                <w:lang w:val="pl-PL"/>
              </w:rPr>
              <w:t>0</w:t>
            </w:r>
            <w:r w:rsidR="008A3204" w:rsidRPr="003742F0">
              <w:rPr>
                <w:sz w:val="16"/>
                <w:szCs w:val="16"/>
                <w:lang w:val="pl-PL"/>
              </w:rPr>
              <w:t>0-10:</w:t>
            </w:r>
            <w:r>
              <w:rPr>
                <w:sz w:val="16"/>
                <w:szCs w:val="16"/>
                <w:lang w:val="pl-PL"/>
              </w:rPr>
              <w:t>4</w:t>
            </w:r>
            <w:r w:rsidR="008A3204"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077BDDD2" w14:textId="21C836D0" w:rsidR="008A3204" w:rsidRPr="003742F0" w:rsidRDefault="00405D13" w:rsidP="008070AE">
            <w:pPr>
              <w:rPr>
                <w:sz w:val="16"/>
                <w:szCs w:val="16"/>
                <w:lang w:val="pl-PL"/>
              </w:rPr>
            </w:pPr>
            <w:r w:rsidRPr="00405D13">
              <w:rPr>
                <w:sz w:val="16"/>
                <w:szCs w:val="16"/>
                <w:lang w:val="pl-PL"/>
              </w:rPr>
              <w:t xml:space="preserve">"Zauważyć, wymyślić, zrobić. Jak miasto staje się punktem wyjścia do działań twórczych?" </w:t>
            </w:r>
            <w:proofErr w:type="spellStart"/>
            <w:r w:rsidR="00F14282" w:rsidRPr="00F14282">
              <w:rPr>
                <w:sz w:val="16"/>
                <w:szCs w:val="16"/>
              </w:rPr>
              <w:t>Wykład</w:t>
            </w:r>
            <w:proofErr w:type="spellEnd"/>
            <w:r w:rsidR="00F14282" w:rsidRPr="00F14282">
              <w:rPr>
                <w:sz w:val="16"/>
                <w:szCs w:val="16"/>
              </w:rPr>
              <w:t xml:space="preserve"> </w:t>
            </w:r>
            <w:proofErr w:type="spellStart"/>
            <w:r w:rsidR="00F14282" w:rsidRPr="00F14282">
              <w:rPr>
                <w:sz w:val="16"/>
                <w:szCs w:val="16"/>
              </w:rPr>
              <w:t>autorski</w:t>
            </w:r>
            <w:proofErr w:type="spellEnd"/>
            <w:r w:rsidR="00F14282" w:rsidRPr="00F14282">
              <w:rPr>
                <w:sz w:val="16"/>
                <w:szCs w:val="16"/>
              </w:rPr>
              <w:t xml:space="preserve"> (</w:t>
            </w:r>
            <w:proofErr w:type="spellStart"/>
            <w:r w:rsidR="00F14282" w:rsidRPr="00F14282">
              <w:rPr>
                <w:sz w:val="16"/>
                <w:szCs w:val="16"/>
              </w:rPr>
              <w:t>prezentacja</w:t>
            </w:r>
            <w:proofErr w:type="spellEnd"/>
            <w:r w:rsidR="00F14282" w:rsidRPr="00F14282">
              <w:rPr>
                <w:sz w:val="16"/>
                <w:szCs w:val="16"/>
              </w:rPr>
              <w:t xml:space="preserve"> </w:t>
            </w:r>
            <w:proofErr w:type="spellStart"/>
            <w:r w:rsidR="00F14282" w:rsidRPr="00F14282">
              <w:rPr>
                <w:sz w:val="16"/>
                <w:szCs w:val="16"/>
              </w:rPr>
              <w:t>multimedialna</w:t>
            </w:r>
            <w:proofErr w:type="spellEnd"/>
            <w:r w:rsidR="00F14282" w:rsidRPr="00F14282">
              <w:rPr>
                <w:sz w:val="16"/>
                <w:szCs w:val="16"/>
              </w:rPr>
              <w:t xml:space="preserve"> / case study)</w:t>
            </w:r>
          </w:p>
        </w:tc>
        <w:tc>
          <w:tcPr>
            <w:tcW w:w="2551" w:type="dxa"/>
          </w:tcPr>
          <w:p w14:paraId="5E85BEE1" w14:textId="77777777" w:rsidR="008A3204" w:rsidRDefault="00405D13" w:rsidP="008070AE">
            <w:pPr>
              <w:rPr>
                <w:sz w:val="16"/>
                <w:szCs w:val="16"/>
                <w:lang w:val="pl-PL"/>
              </w:rPr>
            </w:pPr>
            <w:r w:rsidRPr="00405D13">
              <w:rPr>
                <w:sz w:val="16"/>
                <w:szCs w:val="16"/>
                <w:lang w:val="pl-PL"/>
              </w:rPr>
              <w:t xml:space="preserve">Mgr Mateusz </w:t>
            </w:r>
            <w:proofErr w:type="spellStart"/>
            <w:r w:rsidRPr="00405D13">
              <w:rPr>
                <w:sz w:val="16"/>
                <w:szCs w:val="16"/>
                <w:lang w:val="pl-PL"/>
              </w:rPr>
              <w:t>Taranowski</w:t>
            </w:r>
            <w:proofErr w:type="spellEnd"/>
            <w:r w:rsidRPr="00405D13">
              <w:rPr>
                <w:sz w:val="16"/>
                <w:szCs w:val="16"/>
                <w:lang w:val="pl-PL"/>
              </w:rPr>
              <w:t xml:space="preserve"> </w:t>
            </w:r>
            <w:r w:rsidR="003742F0" w:rsidRPr="003742F0">
              <w:rPr>
                <w:sz w:val="16"/>
                <w:szCs w:val="16"/>
                <w:lang w:val="pl-PL"/>
              </w:rPr>
              <w:t>/ Instytut Nauk o Kulturze, Wydział Sztuki i Nauk o Edukacji Uniwersytetu Śląskiego w Katowicach</w:t>
            </w:r>
          </w:p>
          <w:p w14:paraId="1F28C8E8" w14:textId="77777777" w:rsidR="00F14282" w:rsidRDefault="00F14282" w:rsidP="008070AE">
            <w:pPr>
              <w:rPr>
                <w:sz w:val="16"/>
                <w:szCs w:val="16"/>
                <w:lang w:val="pl-PL"/>
              </w:rPr>
            </w:pPr>
          </w:p>
          <w:p w14:paraId="35F9834D" w14:textId="58DDCE42" w:rsidR="00F14282" w:rsidRPr="003742F0" w:rsidRDefault="00F14282" w:rsidP="008070AE">
            <w:pPr>
              <w:rPr>
                <w:sz w:val="16"/>
                <w:szCs w:val="16"/>
                <w:lang w:val="pl-PL"/>
              </w:rPr>
            </w:pPr>
            <w:r w:rsidRPr="00F14282">
              <w:rPr>
                <w:sz w:val="16"/>
                <w:szCs w:val="16"/>
              </w:rPr>
              <w:t xml:space="preserve">Info: </w:t>
            </w:r>
            <w:proofErr w:type="spellStart"/>
            <w:r w:rsidRPr="00F14282">
              <w:rPr>
                <w:sz w:val="16"/>
                <w:szCs w:val="16"/>
              </w:rPr>
              <w:t>Absolwent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Akademii</w:t>
            </w:r>
            <w:proofErr w:type="spellEnd"/>
            <w:r w:rsidRPr="00F14282">
              <w:rPr>
                <w:sz w:val="16"/>
                <w:szCs w:val="16"/>
              </w:rPr>
              <w:t xml:space="preserve"> Sztuk </w:t>
            </w:r>
            <w:proofErr w:type="spellStart"/>
            <w:r w:rsidRPr="00F14282">
              <w:rPr>
                <w:sz w:val="16"/>
                <w:szCs w:val="16"/>
              </w:rPr>
              <w:t>Pięknych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im</w:t>
            </w:r>
            <w:proofErr w:type="spellEnd"/>
            <w:r w:rsidRPr="00F14282">
              <w:rPr>
                <w:sz w:val="16"/>
                <w:szCs w:val="16"/>
              </w:rPr>
              <w:t xml:space="preserve">. </w:t>
            </w:r>
            <w:proofErr w:type="spellStart"/>
            <w:r w:rsidRPr="00F14282">
              <w:rPr>
                <w:sz w:val="16"/>
                <w:szCs w:val="16"/>
              </w:rPr>
              <w:t>Eugeniusza</w:t>
            </w:r>
            <w:proofErr w:type="spellEnd"/>
            <w:r w:rsidRPr="00F14282">
              <w:rPr>
                <w:sz w:val="16"/>
                <w:szCs w:val="16"/>
              </w:rPr>
              <w:t xml:space="preserve"> Gepperta we </w:t>
            </w:r>
            <w:proofErr w:type="spellStart"/>
            <w:r w:rsidRPr="00F14282">
              <w:rPr>
                <w:sz w:val="16"/>
                <w:szCs w:val="16"/>
              </w:rPr>
              <w:t>Wrocławiu</w:t>
            </w:r>
            <w:proofErr w:type="spellEnd"/>
            <w:r w:rsidRPr="00F14282">
              <w:rPr>
                <w:sz w:val="16"/>
                <w:szCs w:val="16"/>
              </w:rPr>
              <w:t xml:space="preserve"> (</w:t>
            </w:r>
            <w:proofErr w:type="spellStart"/>
            <w:r w:rsidRPr="00F14282">
              <w:rPr>
                <w:sz w:val="16"/>
                <w:szCs w:val="16"/>
              </w:rPr>
              <w:t>dyplom</w:t>
            </w:r>
            <w:proofErr w:type="spellEnd"/>
            <w:r w:rsidRPr="00F14282">
              <w:rPr>
                <w:sz w:val="16"/>
                <w:szCs w:val="16"/>
              </w:rPr>
              <w:t xml:space="preserve"> w </w:t>
            </w:r>
            <w:proofErr w:type="spellStart"/>
            <w:r w:rsidRPr="00F14282">
              <w:rPr>
                <w:sz w:val="16"/>
                <w:szCs w:val="16"/>
              </w:rPr>
              <w:t>Pracowni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Fotomediów</w:t>
            </w:r>
            <w:proofErr w:type="spellEnd"/>
            <w:r w:rsidRPr="00F14282">
              <w:rPr>
                <w:sz w:val="16"/>
                <w:szCs w:val="16"/>
              </w:rPr>
              <w:t xml:space="preserve">, 2012), </w:t>
            </w:r>
            <w:proofErr w:type="spellStart"/>
            <w:r w:rsidRPr="00F14282">
              <w:rPr>
                <w:sz w:val="16"/>
                <w:szCs w:val="16"/>
              </w:rPr>
              <w:t>asystent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na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Wydziale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Sztuki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Nauk</w:t>
            </w:r>
            <w:proofErr w:type="spellEnd"/>
            <w:r w:rsidRPr="00F14282">
              <w:rPr>
                <w:sz w:val="16"/>
                <w:szCs w:val="16"/>
              </w:rPr>
              <w:t xml:space="preserve"> o </w:t>
            </w:r>
            <w:proofErr w:type="spellStart"/>
            <w:r w:rsidRPr="00F14282">
              <w:rPr>
                <w:sz w:val="16"/>
                <w:szCs w:val="16"/>
              </w:rPr>
              <w:t>Edukacji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Uniwersytetu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Śląskiego</w:t>
            </w:r>
            <w:proofErr w:type="spellEnd"/>
            <w:r w:rsidRPr="00F14282">
              <w:rPr>
                <w:sz w:val="16"/>
                <w:szCs w:val="16"/>
              </w:rPr>
              <w:t xml:space="preserve">. W </w:t>
            </w:r>
            <w:proofErr w:type="spellStart"/>
            <w:r w:rsidRPr="00F14282">
              <w:rPr>
                <w:sz w:val="16"/>
                <w:szCs w:val="16"/>
              </w:rPr>
              <w:t>swoich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pracach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łączy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różne</w:t>
            </w:r>
            <w:proofErr w:type="spellEnd"/>
            <w:r w:rsidRPr="00F14282">
              <w:rPr>
                <w:sz w:val="16"/>
                <w:szCs w:val="16"/>
              </w:rPr>
              <w:t xml:space="preserve"> media </w:t>
            </w:r>
            <w:proofErr w:type="spellStart"/>
            <w:r w:rsidRPr="00F14282">
              <w:rPr>
                <w:sz w:val="16"/>
                <w:szCs w:val="16"/>
              </w:rPr>
              <w:t>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techniki</w:t>
            </w:r>
            <w:proofErr w:type="spellEnd"/>
            <w:r w:rsidRPr="00F14282">
              <w:rPr>
                <w:sz w:val="16"/>
                <w:szCs w:val="16"/>
              </w:rPr>
              <w:t xml:space="preserve"> – </w:t>
            </w:r>
            <w:proofErr w:type="spellStart"/>
            <w:r w:rsidRPr="00F14282">
              <w:rPr>
                <w:sz w:val="16"/>
                <w:szCs w:val="16"/>
              </w:rPr>
              <w:t>zajmuje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się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przetworzoną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fotografią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cyfrową</w:t>
            </w:r>
            <w:proofErr w:type="spellEnd"/>
            <w:r w:rsidRPr="00F14282">
              <w:rPr>
                <w:sz w:val="16"/>
                <w:szCs w:val="16"/>
              </w:rPr>
              <w:t xml:space="preserve">, </w:t>
            </w:r>
            <w:proofErr w:type="spellStart"/>
            <w:r w:rsidRPr="00F14282">
              <w:rPr>
                <w:sz w:val="16"/>
                <w:szCs w:val="16"/>
              </w:rPr>
              <w:t>projektowaniem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graficznym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oraz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wideo</w:t>
            </w:r>
            <w:proofErr w:type="spellEnd"/>
            <w:r w:rsidRPr="00F14282">
              <w:rPr>
                <w:sz w:val="16"/>
                <w:szCs w:val="16"/>
              </w:rPr>
              <w:t xml:space="preserve">. </w:t>
            </w:r>
            <w:proofErr w:type="spellStart"/>
            <w:r w:rsidRPr="00F14282">
              <w:rPr>
                <w:sz w:val="16"/>
                <w:szCs w:val="16"/>
              </w:rPr>
              <w:t>Zorganizował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kilkanaście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wystaw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indywidualnych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i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brał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udział</w:t>
            </w:r>
            <w:proofErr w:type="spellEnd"/>
            <w:r w:rsidRPr="00F14282">
              <w:rPr>
                <w:sz w:val="16"/>
                <w:szCs w:val="16"/>
              </w:rPr>
              <w:t xml:space="preserve"> w </w:t>
            </w:r>
            <w:proofErr w:type="spellStart"/>
            <w:r w:rsidRPr="00F14282">
              <w:rPr>
                <w:sz w:val="16"/>
                <w:szCs w:val="16"/>
              </w:rPr>
              <w:t>kilkudziesięciu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wystawach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zbiorowych</w:t>
            </w:r>
            <w:proofErr w:type="spellEnd"/>
            <w:r w:rsidRPr="00F14282">
              <w:rPr>
                <w:sz w:val="16"/>
                <w:szCs w:val="16"/>
              </w:rPr>
              <w:t xml:space="preserve"> w </w:t>
            </w:r>
            <w:proofErr w:type="spellStart"/>
            <w:r w:rsidRPr="00F14282">
              <w:rPr>
                <w:sz w:val="16"/>
                <w:szCs w:val="16"/>
              </w:rPr>
              <w:t>kraju</w:t>
            </w:r>
            <w:proofErr w:type="spellEnd"/>
            <w:r w:rsidRPr="00F14282">
              <w:rPr>
                <w:sz w:val="16"/>
                <w:szCs w:val="16"/>
              </w:rPr>
              <w:t xml:space="preserve"> </w:t>
            </w:r>
            <w:proofErr w:type="spellStart"/>
            <w:r w:rsidRPr="00F14282">
              <w:rPr>
                <w:sz w:val="16"/>
                <w:szCs w:val="16"/>
              </w:rPr>
              <w:t>oraz</w:t>
            </w:r>
            <w:proofErr w:type="spellEnd"/>
            <w:r w:rsidRPr="00F14282">
              <w:rPr>
                <w:sz w:val="16"/>
                <w:szCs w:val="16"/>
              </w:rPr>
              <w:t xml:space="preserve"> za </w:t>
            </w:r>
            <w:proofErr w:type="spellStart"/>
            <w:r w:rsidRPr="00F14282">
              <w:rPr>
                <w:sz w:val="16"/>
                <w:szCs w:val="16"/>
              </w:rPr>
              <w:t>granicą</w:t>
            </w:r>
            <w:proofErr w:type="spellEnd"/>
            <w:r w:rsidRPr="00F14282">
              <w:rPr>
                <w:sz w:val="16"/>
                <w:szCs w:val="16"/>
              </w:rPr>
              <w:t xml:space="preserve"> (m.in. w </w:t>
            </w:r>
            <w:proofErr w:type="spellStart"/>
            <w:r w:rsidRPr="00F14282">
              <w:rPr>
                <w:sz w:val="16"/>
                <w:szCs w:val="16"/>
              </w:rPr>
              <w:t>Austrii</w:t>
            </w:r>
            <w:proofErr w:type="spellEnd"/>
            <w:r w:rsidRPr="00F14282">
              <w:rPr>
                <w:sz w:val="16"/>
                <w:szCs w:val="16"/>
              </w:rPr>
              <w:t xml:space="preserve">, </w:t>
            </w:r>
            <w:proofErr w:type="spellStart"/>
            <w:r w:rsidRPr="00F14282">
              <w:rPr>
                <w:sz w:val="16"/>
                <w:szCs w:val="16"/>
              </w:rPr>
              <w:t>Niemczech</w:t>
            </w:r>
            <w:proofErr w:type="spellEnd"/>
            <w:r w:rsidRPr="00F14282">
              <w:rPr>
                <w:sz w:val="16"/>
                <w:szCs w:val="16"/>
              </w:rPr>
              <w:t xml:space="preserve">, </w:t>
            </w:r>
            <w:proofErr w:type="spellStart"/>
            <w:r w:rsidRPr="00F14282">
              <w:rPr>
                <w:sz w:val="16"/>
                <w:szCs w:val="16"/>
              </w:rPr>
              <w:t>Słowacji</w:t>
            </w:r>
            <w:proofErr w:type="spellEnd"/>
            <w:r w:rsidRPr="00F14282">
              <w:rPr>
                <w:sz w:val="16"/>
                <w:szCs w:val="16"/>
              </w:rPr>
              <w:t xml:space="preserve">, </w:t>
            </w:r>
            <w:proofErr w:type="spellStart"/>
            <w:r w:rsidRPr="00F14282">
              <w:rPr>
                <w:sz w:val="16"/>
                <w:szCs w:val="16"/>
              </w:rPr>
              <w:t>Rumunii</w:t>
            </w:r>
            <w:proofErr w:type="spellEnd"/>
            <w:r w:rsidRPr="00F14282">
              <w:rPr>
                <w:sz w:val="16"/>
                <w:szCs w:val="16"/>
              </w:rPr>
              <w:t xml:space="preserve">, Peru, </w:t>
            </w:r>
            <w:proofErr w:type="spellStart"/>
            <w:r w:rsidRPr="00F14282">
              <w:rPr>
                <w:sz w:val="16"/>
                <w:szCs w:val="16"/>
              </w:rPr>
              <w:t>Portugalii</w:t>
            </w:r>
            <w:proofErr w:type="spellEnd"/>
            <w:r w:rsidRPr="00F14282">
              <w:rPr>
                <w:sz w:val="16"/>
                <w:szCs w:val="16"/>
              </w:rPr>
              <w:t xml:space="preserve">, USA </w:t>
            </w:r>
            <w:proofErr w:type="spellStart"/>
            <w:r w:rsidRPr="00F14282">
              <w:rPr>
                <w:sz w:val="16"/>
                <w:szCs w:val="16"/>
              </w:rPr>
              <w:t>i</w:t>
            </w:r>
            <w:proofErr w:type="spellEnd"/>
            <w:r w:rsidRPr="00F14282">
              <w:rPr>
                <w:sz w:val="16"/>
                <w:szCs w:val="16"/>
              </w:rPr>
              <w:t xml:space="preserve"> Korei </w:t>
            </w:r>
            <w:proofErr w:type="spellStart"/>
            <w:r w:rsidRPr="00F14282">
              <w:rPr>
                <w:sz w:val="16"/>
                <w:szCs w:val="16"/>
              </w:rPr>
              <w:t>Południowej</w:t>
            </w:r>
            <w:proofErr w:type="spellEnd"/>
            <w:r w:rsidRPr="00F14282">
              <w:rPr>
                <w:sz w:val="16"/>
                <w:szCs w:val="16"/>
              </w:rPr>
              <w:t>).</w:t>
            </w:r>
          </w:p>
        </w:tc>
        <w:tc>
          <w:tcPr>
            <w:tcW w:w="2835" w:type="dxa"/>
          </w:tcPr>
          <w:p w14:paraId="402EFBC9" w14:textId="0D0A6D0B" w:rsidR="008A3204" w:rsidRPr="003742F0" w:rsidRDefault="008A3204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="00180E6B" w:rsidRPr="00D1278A">
              <w:rPr>
                <w:sz w:val="16"/>
                <w:szCs w:val="16"/>
                <w:lang w:val="pl-PL"/>
              </w:rPr>
              <w:t xml:space="preserve">, </w:t>
            </w:r>
            <w:r w:rsidR="00D1278A" w:rsidRPr="00D1278A">
              <w:rPr>
                <w:sz w:val="16"/>
                <w:szCs w:val="16"/>
                <w:lang w:val="pl-PL"/>
              </w:rPr>
              <w:t>Sala Widowiskowa I piętro</w:t>
            </w:r>
          </w:p>
        </w:tc>
        <w:tc>
          <w:tcPr>
            <w:tcW w:w="1701" w:type="dxa"/>
          </w:tcPr>
          <w:p w14:paraId="657E2D8D" w14:textId="42902DE1" w:rsidR="008A3204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1B60D7" w14:paraId="0C39B1AE" w14:textId="77777777" w:rsidTr="003742F0">
        <w:tc>
          <w:tcPr>
            <w:tcW w:w="1134" w:type="dxa"/>
          </w:tcPr>
          <w:p w14:paraId="31E05ED1" w14:textId="199F551D" w:rsidR="001B60D7" w:rsidRPr="003742F0" w:rsidRDefault="001B60D7" w:rsidP="008070AE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11:00-12:00</w:t>
            </w:r>
          </w:p>
        </w:tc>
        <w:tc>
          <w:tcPr>
            <w:tcW w:w="2694" w:type="dxa"/>
          </w:tcPr>
          <w:p w14:paraId="07A2348C" w14:textId="41591E7A" w:rsidR="001B60D7" w:rsidRPr="003742F0" w:rsidRDefault="001B60D7" w:rsidP="008070AE">
            <w:pPr>
              <w:rPr>
                <w:sz w:val="16"/>
                <w:szCs w:val="16"/>
                <w:lang w:val="pl-PL"/>
              </w:rPr>
            </w:pPr>
            <w:r w:rsidRPr="001B60D7">
              <w:rPr>
                <w:sz w:val="16"/>
                <w:szCs w:val="16"/>
                <w:lang w:val="pl-PL"/>
              </w:rPr>
              <w:t xml:space="preserve">"Wejdź na rynek pracy z przewagą!" </w:t>
            </w:r>
          </w:p>
        </w:tc>
        <w:tc>
          <w:tcPr>
            <w:tcW w:w="2551" w:type="dxa"/>
          </w:tcPr>
          <w:p w14:paraId="74C6904F" w14:textId="3844DCF2" w:rsidR="001B60D7" w:rsidRPr="003742F0" w:rsidRDefault="001B60D7" w:rsidP="008070AE">
            <w:pPr>
              <w:rPr>
                <w:sz w:val="16"/>
                <w:szCs w:val="16"/>
                <w:lang w:val="pl-PL"/>
              </w:rPr>
            </w:pPr>
            <w:r w:rsidRPr="001B60D7">
              <w:rPr>
                <w:sz w:val="16"/>
                <w:szCs w:val="16"/>
                <w:lang w:val="pl-PL"/>
              </w:rPr>
              <w:t xml:space="preserve">Fabiola </w:t>
            </w:r>
            <w:proofErr w:type="spellStart"/>
            <w:r w:rsidRPr="001B60D7">
              <w:rPr>
                <w:sz w:val="16"/>
                <w:szCs w:val="16"/>
                <w:lang w:val="pl-PL"/>
              </w:rPr>
              <w:t>Kłaptocz</w:t>
            </w:r>
            <w:proofErr w:type="spellEnd"/>
            <w:r w:rsidRPr="001B60D7">
              <w:rPr>
                <w:sz w:val="16"/>
                <w:szCs w:val="16"/>
                <w:lang w:val="pl-PL"/>
              </w:rPr>
              <w:t xml:space="preserve">, Anita </w:t>
            </w:r>
            <w:proofErr w:type="spellStart"/>
            <w:r w:rsidRPr="001B60D7">
              <w:rPr>
                <w:sz w:val="16"/>
                <w:szCs w:val="16"/>
                <w:lang w:val="pl-PL"/>
              </w:rPr>
              <w:t>Hruby-Husar</w:t>
            </w:r>
            <w:proofErr w:type="spellEnd"/>
          </w:p>
        </w:tc>
        <w:tc>
          <w:tcPr>
            <w:tcW w:w="2835" w:type="dxa"/>
          </w:tcPr>
          <w:p w14:paraId="2660EEA0" w14:textId="789C5D6F" w:rsidR="001B60D7" w:rsidRPr="001B60D7" w:rsidRDefault="001B60D7" w:rsidP="001B60D7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Powiatowy Urząd Pracy</w:t>
            </w:r>
            <w:r>
              <w:rPr>
                <w:sz w:val="16"/>
                <w:szCs w:val="16"/>
                <w:lang w:val="pl-PL"/>
              </w:rPr>
              <w:t xml:space="preserve">, </w:t>
            </w:r>
            <w:r w:rsidRPr="001B60D7">
              <w:rPr>
                <w:sz w:val="16"/>
                <w:szCs w:val="16"/>
                <w:lang w:val="pl-PL"/>
              </w:rPr>
              <w:t>sala 34 III</w:t>
            </w:r>
            <w:r>
              <w:rPr>
                <w:sz w:val="16"/>
                <w:szCs w:val="16"/>
                <w:lang w:val="pl-PL"/>
              </w:rPr>
              <w:t xml:space="preserve"> </w:t>
            </w:r>
            <w:r w:rsidRPr="001B60D7">
              <w:rPr>
                <w:sz w:val="16"/>
                <w:szCs w:val="16"/>
                <w:lang w:val="pl-PL"/>
              </w:rPr>
              <w:t>p</w:t>
            </w:r>
            <w:r>
              <w:rPr>
                <w:sz w:val="16"/>
                <w:szCs w:val="16"/>
                <w:lang w:val="pl-PL"/>
              </w:rPr>
              <w:t>.</w:t>
            </w:r>
          </w:p>
          <w:p w14:paraId="009B2269" w14:textId="6FAF35E1" w:rsidR="001B60D7" w:rsidRPr="003742F0" w:rsidRDefault="001B60D7" w:rsidP="008070AE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</w:tcPr>
          <w:p w14:paraId="5A83C56C" w14:textId="60D7D1CB" w:rsidR="001B60D7" w:rsidRPr="003742F0" w:rsidRDefault="001B60D7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8A3204" w14:paraId="0E3DAC9D" w14:textId="77777777" w:rsidTr="003742F0">
        <w:tc>
          <w:tcPr>
            <w:tcW w:w="1134" w:type="dxa"/>
          </w:tcPr>
          <w:p w14:paraId="6F5AB44C" w14:textId="38C0F082" w:rsidR="008A3204" w:rsidRPr="003742F0" w:rsidRDefault="008A3204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1</w:t>
            </w:r>
            <w:r w:rsidR="00405D13">
              <w:rPr>
                <w:sz w:val="16"/>
                <w:szCs w:val="16"/>
                <w:lang w:val="pl-PL"/>
              </w:rPr>
              <w:t>1</w:t>
            </w:r>
            <w:r w:rsidRPr="003742F0">
              <w:rPr>
                <w:sz w:val="16"/>
                <w:szCs w:val="16"/>
                <w:lang w:val="pl-PL"/>
              </w:rPr>
              <w:t>:</w:t>
            </w:r>
            <w:r w:rsidR="00405D13">
              <w:rPr>
                <w:sz w:val="16"/>
                <w:szCs w:val="16"/>
                <w:lang w:val="pl-PL"/>
              </w:rPr>
              <w:t>0</w:t>
            </w:r>
            <w:r w:rsidRPr="003742F0">
              <w:rPr>
                <w:sz w:val="16"/>
                <w:szCs w:val="16"/>
                <w:lang w:val="pl-PL"/>
              </w:rPr>
              <w:t>0-1</w:t>
            </w:r>
            <w:r w:rsidR="00405D13">
              <w:rPr>
                <w:sz w:val="16"/>
                <w:szCs w:val="16"/>
                <w:lang w:val="pl-PL"/>
              </w:rPr>
              <w:t>2</w:t>
            </w:r>
            <w:r w:rsidRPr="003742F0">
              <w:rPr>
                <w:sz w:val="16"/>
                <w:szCs w:val="16"/>
                <w:lang w:val="pl-PL"/>
              </w:rPr>
              <w:t>:</w:t>
            </w:r>
            <w:r w:rsidR="00405D13">
              <w:rPr>
                <w:sz w:val="16"/>
                <w:szCs w:val="16"/>
                <w:lang w:val="pl-PL"/>
              </w:rPr>
              <w:t>20</w:t>
            </w:r>
          </w:p>
        </w:tc>
        <w:tc>
          <w:tcPr>
            <w:tcW w:w="2694" w:type="dxa"/>
          </w:tcPr>
          <w:p w14:paraId="05C3B250" w14:textId="32595D14" w:rsidR="008A3204" w:rsidRPr="003742F0" w:rsidRDefault="008A3204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Debata dla młodzieży</w:t>
            </w:r>
            <w:r w:rsidR="000438DE">
              <w:rPr>
                <w:sz w:val="16"/>
                <w:szCs w:val="16"/>
                <w:lang w:val="pl-PL"/>
              </w:rPr>
              <w:t xml:space="preserve"> – zawody związane z lokalnym rękodziełem, dziedzictwem regionu</w:t>
            </w:r>
          </w:p>
        </w:tc>
        <w:tc>
          <w:tcPr>
            <w:tcW w:w="2551" w:type="dxa"/>
          </w:tcPr>
          <w:p w14:paraId="1C644183" w14:textId="77777777" w:rsidR="000438DE" w:rsidRDefault="008A3204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 xml:space="preserve">Gośćmi będą: </w:t>
            </w:r>
          </w:p>
          <w:p w14:paraId="43CEBE66" w14:textId="18AB4F28" w:rsidR="000438DE" w:rsidRDefault="000438DE" w:rsidP="000438DE">
            <w:pPr>
              <w:pStyle w:val="Akapitzlist"/>
              <w:numPr>
                <w:ilvl w:val="0"/>
                <w:numId w:val="10"/>
              </w:numPr>
              <w:rPr>
                <w:sz w:val="16"/>
                <w:szCs w:val="16"/>
                <w:lang w:val="pl-PL"/>
              </w:rPr>
            </w:pPr>
            <w:r w:rsidRPr="000438DE">
              <w:rPr>
                <w:sz w:val="16"/>
                <w:szCs w:val="16"/>
                <w:lang w:val="pl-PL"/>
              </w:rPr>
              <w:t>Beata Bojda (design, moda)</w:t>
            </w:r>
          </w:p>
          <w:p w14:paraId="366E17F0" w14:textId="7D1CE220" w:rsidR="000438DE" w:rsidRDefault="000438DE" w:rsidP="000438DE">
            <w:pPr>
              <w:pStyle w:val="Akapitzlist"/>
              <w:numPr>
                <w:ilvl w:val="0"/>
                <w:numId w:val="10"/>
              </w:numPr>
              <w:rPr>
                <w:sz w:val="16"/>
                <w:szCs w:val="16"/>
                <w:lang w:val="pl-PL"/>
              </w:rPr>
            </w:pPr>
            <w:r w:rsidRPr="000438DE">
              <w:rPr>
                <w:sz w:val="16"/>
                <w:szCs w:val="16"/>
                <w:lang w:val="pl-PL"/>
              </w:rPr>
              <w:t xml:space="preserve">rodzina </w:t>
            </w:r>
            <w:r>
              <w:rPr>
                <w:sz w:val="16"/>
                <w:szCs w:val="16"/>
                <w:lang w:val="pl-PL"/>
              </w:rPr>
              <w:t xml:space="preserve">Państwa </w:t>
            </w:r>
            <w:r w:rsidRPr="000438DE">
              <w:rPr>
                <w:sz w:val="16"/>
                <w:szCs w:val="16"/>
                <w:lang w:val="pl-PL"/>
              </w:rPr>
              <w:t>Pieczonka (filigran cieszyński)</w:t>
            </w:r>
          </w:p>
          <w:p w14:paraId="3F9C4D5A" w14:textId="6379102A" w:rsidR="008A3204" w:rsidRPr="000438DE" w:rsidRDefault="000438DE" w:rsidP="000438DE">
            <w:pPr>
              <w:pStyle w:val="Akapitzlist"/>
              <w:numPr>
                <w:ilvl w:val="0"/>
                <w:numId w:val="10"/>
              </w:numPr>
              <w:rPr>
                <w:sz w:val="16"/>
                <w:szCs w:val="16"/>
                <w:lang w:val="pl-PL"/>
              </w:rPr>
            </w:pPr>
            <w:r w:rsidRPr="000438DE">
              <w:rPr>
                <w:sz w:val="16"/>
                <w:szCs w:val="16"/>
                <w:lang w:val="pl-PL"/>
              </w:rPr>
              <w:t>SERFENTA (</w:t>
            </w:r>
            <w:proofErr w:type="spellStart"/>
            <w:r w:rsidRPr="000438DE">
              <w:rPr>
                <w:sz w:val="16"/>
                <w:szCs w:val="16"/>
                <w:lang w:val="pl-PL"/>
              </w:rPr>
              <w:t>plecionkarastwo</w:t>
            </w:r>
            <w:proofErr w:type="spellEnd"/>
            <w:r w:rsidRPr="000438DE">
              <w:rPr>
                <w:sz w:val="16"/>
                <w:szCs w:val="16"/>
                <w:lang w:val="pl-PL"/>
              </w:rPr>
              <w:t>)</w:t>
            </w:r>
          </w:p>
        </w:tc>
        <w:tc>
          <w:tcPr>
            <w:tcW w:w="2835" w:type="dxa"/>
          </w:tcPr>
          <w:p w14:paraId="6A504890" w14:textId="0CCD1F1B" w:rsidR="008A3204" w:rsidRPr="003742F0" w:rsidRDefault="008A3204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="00180E6B" w:rsidRPr="003742F0">
              <w:rPr>
                <w:sz w:val="16"/>
                <w:szCs w:val="16"/>
                <w:lang w:val="pl-PL"/>
              </w:rPr>
              <w:t>,</w:t>
            </w:r>
            <w:r w:rsidR="00180E6B" w:rsidRPr="00D1278A">
              <w:rPr>
                <w:sz w:val="16"/>
                <w:szCs w:val="16"/>
                <w:lang w:val="pl-PL"/>
              </w:rPr>
              <w:t xml:space="preserve"> </w:t>
            </w:r>
            <w:r w:rsidR="00D1278A" w:rsidRPr="00D1278A">
              <w:rPr>
                <w:sz w:val="16"/>
                <w:szCs w:val="16"/>
                <w:lang w:val="pl-PL"/>
              </w:rPr>
              <w:t>Sala Widowiskowa I piętro</w:t>
            </w:r>
          </w:p>
        </w:tc>
        <w:tc>
          <w:tcPr>
            <w:tcW w:w="1701" w:type="dxa"/>
          </w:tcPr>
          <w:p w14:paraId="24FCB878" w14:textId="303CFBBD" w:rsidR="008A3204" w:rsidRPr="003742F0" w:rsidRDefault="004C1FF8" w:rsidP="008070AE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371369" w14:paraId="026FBF37" w14:textId="77777777" w:rsidTr="003742F0">
        <w:tc>
          <w:tcPr>
            <w:tcW w:w="1134" w:type="dxa"/>
          </w:tcPr>
          <w:p w14:paraId="5F99E918" w14:textId="4216ECBC" w:rsidR="00371369" w:rsidRPr="003742F0" w:rsidRDefault="00371369" w:rsidP="00371369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12:</w:t>
            </w:r>
            <w:r w:rsidR="000438DE">
              <w:rPr>
                <w:sz w:val="16"/>
                <w:szCs w:val="16"/>
                <w:lang w:val="pl-PL"/>
              </w:rPr>
              <w:t>3</w:t>
            </w:r>
            <w:r w:rsidRPr="003742F0">
              <w:rPr>
                <w:sz w:val="16"/>
                <w:szCs w:val="16"/>
                <w:lang w:val="pl-PL"/>
              </w:rPr>
              <w:t>0-13:</w:t>
            </w:r>
            <w:r w:rsidR="000438DE">
              <w:rPr>
                <w:sz w:val="16"/>
                <w:szCs w:val="16"/>
                <w:lang w:val="pl-PL"/>
              </w:rPr>
              <w:t>1</w:t>
            </w:r>
            <w:r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2E902559" w14:textId="723A2A35" w:rsidR="00371369" w:rsidRPr="003742F0" w:rsidRDefault="000438DE" w:rsidP="00371369">
            <w:pPr>
              <w:rPr>
                <w:sz w:val="16"/>
                <w:szCs w:val="16"/>
                <w:lang w:val="pl-PL"/>
              </w:rPr>
            </w:pPr>
            <w:r w:rsidRPr="000438DE">
              <w:rPr>
                <w:sz w:val="16"/>
                <w:szCs w:val="16"/>
                <w:lang w:val="pl-PL"/>
              </w:rPr>
              <w:t xml:space="preserve">"Muszę, powinienem… czy chcę? Co naprawdę napędza nas do działania?" </w:t>
            </w:r>
            <w:r w:rsidR="00B1405D">
              <w:rPr>
                <w:sz w:val="16"/>
                <w:szCs w:val="16"/>
                <w:lang w:val="pl-PL"/>
              </w:rPr>
              <w:t xml:space="preserve">/ </w:t>
            </w:r>
            <w:proofErr w:type="spellStart"/>
            <w:r w:rsidR="00B1405D" w:rsidRPr="00B1405D">
              <w:rPr>
                <w:sz w:val="16"/>
                <w:szCs w:val="16"/>
              </w:rPr>
              <w:t>Dlaczego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czasem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doskonale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wiemy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co </w:t>
            </w:r>
            <w:proofErr w:type="spellStart"/>
            <w:r w:rsidR="00B1405D" w:rsidRPr="00B1405D">
              <w:rPr>
                <w:sz w:val="16"/>
                <w:szCs w:val="16"/>
              </w:rPr>
              <w:t>powinniśmy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zrobić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a </w:t>
            </w:r>
            <w:proofErr w:type="spellStart"/>
            <w:r w:rsidR="00B1405D" w:rsidRPr="00B1405D">
              <w:rPr>
                <w:sz w:val="16"/>
                <w:szCs w:val="16"/>
              </w:rPr>
              <w:t>mimo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to </w:t>
            </w:r>
            <w:proofErr w:type="spellStart"/>
            <w:r w:rsidR="00B1405D" w:rsidRPr="00B1405D">
              <w:rPr>
                <w:sz w:val="16"/>
                <w:szCs w:val="16"/>
              </w:rPr>
              <w:t>trudno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zacząć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? </w:t>
            </w:r>
            <w:proofErr w:type="spellStart"/>
            <w:r w:rsidR="00B1405D" w:rsidRPr="00B1405D">
              <w:rPr>
                <w:sz w:val="16"/>
                <w:szCs w:val="16"/>
              </w:rPr>
              <w:t>Czy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do </w:t>
            </w:r>
            <w:proofErr w:type="spellStart"/>
            <w:r w:rsidR="00B1405D" w:rsidRPr="00B1405D">
              <w:rPr>
                <w:sz w:val="16"/>
                <w:szCs w:val="16"/>
              </w:rPr>
              <w:t>działania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naprawdę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potrzebujemy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motywacji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co </w:t>
            </w:r>
            <w:proofErr w:type="spellStart"/>
            <w:r w:rsidR="00B1405D" w:rsidRPr="00B1405D">
              <w:rPr>
                <w:sz w:val="16"/>
                <w:szCs w:val="16"/>
              </w:rPr>
              <w:t>sprawia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</w:t>
            </w:r>
            <w:proofErr w:type="spellStart"/>
            <w:r w:rsidR="00B1405D" w:rsidRPr="00B1405D">
              <w:rPr>
                <w:sz w:val="16"/>
                <w:szCs w:val="16"/>
              </w:rPr>
              <w:t>że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jednego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dnia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mamy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jej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pod </w:t>
            </w:r>
            <w:proofErr w:type="spellStart"/>
            <w:r w:rsidR="00B1405D" w:rsidRPr="00B1405D">
              <w:rPr>
                <w:sz w:val="16"/>
                <w:szCs w:val="16"/>
              </w:rPr>
              <w:t>dostatkiem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</w:t>
            </w:r>
            <w:proofErr w:type="gramStart"/>
            <w:r w:rsidR="00B1405D" w:rsidRPr="00B1405D">
              <w:rPr>
                <w:sz w:val="16"/>
                <w:szCs w:val="16"/>
              </w:rPr>
              <w:t>a</w:t>
            </w:r>
            <w:proofErr w:type="gram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innego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najchętniej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odłożylibyśmy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wszystko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później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? </w:t>
            </w:r>
            <w:proofErr w:type="spellStart"/>
            <w:r w:rsidR="00B1405D" w:rsidRPr="00B1405D">
              <w:rPr>
                <w:sz w:val="16"/>
                <w:szCs w:val="16"/>
              </w:rPr>
              <w:t>Podczas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wykładu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przyjrzymy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się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temu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co </w:t>
            </w:r>
            <w:proofErr w:type="spellStart"/>
            <w:r w:rsidR="00B1405D" w:rsidRPr="00B1405D">
              <w:rPr>
                <w:sz w:val="16"/>
                <w:szCs w:val="16"/>
              </w:rPr>
              <w:t>pomaga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podejmować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działanie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wytrwać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w nim, a </w:t>
            </w:r>
            <w:proofErr w:type="spellStart"/>
            <w:r w:rsidR="00B1405D" w:rsidRPr="00B1405D">
              <w:rPr>
                <w:sz w:val="16"/>
                <w:szCs w:val="16"/>
              </w:rPr>
              <w:t>jaką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rolę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odgrywają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w </w:t>
            </w:r>
            <w:proofErr w:type="spellStart"/>
            <w:r w:rsidR="00B1405D" w:rsidRPr="00B1405D">
              <w:rPr>
                <w:sz w:val="16"/>
                <w:szCs w:val="16"/>
              </w:rPr>
              <w:t>tym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autonomia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</w:t>
            </w:r>
            <w:proofErr w:type="spellStart"/>
            <w:r w:rsidR="00B1405D" w:rsidRPr="00B1405D">
              <w:rPr>
                <w:sz w:val="16"/>
                <w:szCs w:val="16"/>
              </w:rPr>
              <w:t>poczucie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kompetencji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</w:t>
            </w:r>
            <w:proofErr w:type="spellStart"/>
            <w:r w:rsidR="00B1405D" w:rsidRPr="00B1405D">
              <w:rPr>
                <w:sz w:val="16"/>
                <w:szCs w:val="16"/>
              </w:rPr>
              <w:t>relacje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z </w:t>
            </w:r>
            <w:proofErr w:type="spellStart"/>
            <w:r w:rsidR="00B1405D" w:rsidRPr="00B1405D">
              <w:rPr>
                <w:sz w:val="16"/>
                <w:szCs w:val="16"/>
              </w:rPr>
              <w:t>innymi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oraz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nasze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własne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„po co?”. </w:t>
            </w:r>
            <w:proofErr w:type="spellStart"/>
            <w:r w:rsidR="00B1405D" w:rsidRPr="00B1405D">
              <w:rPr>
                <w:sz w:val="16"/>
                <w:szCs w:val="16"/>
              </w:rPr>
              <w:t>Będzie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o </w:t>
            </w:r>
            <w:proofErr w:type="spellStart"/>
            <w:r w:rsidR="00B1405D" w:rsidRPr="00B1405D">
              <w:rPr>
                <w:sz w:val="16"/>
                <w:szCs w:val="16"/>
              </w:rPr>
              <w:t>mózgu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uczeniu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się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ale </w:t>
            </w:r>
            <w:proofErr w:type="spellStart"/>
            <w:r w:rsidR="00B1405D" w:rsidRPr="00B1405D">
              <w:rPr>
                <w:sz w:val="16"/>
                <w:szCs w:val="16"/>
              </w:rPr>
              <w:t>przede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wszystkim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o </w:t>
            </w:r>
            <w:proofErr w:type="spellStart"/>
            <w:r w:rsidR="00B1405D" w:rsidRPr="00B1405D">
              <w:rPr>
                <w:sz w:val="16"/>
                <w:szCs w:val="16"/>
              </w:rPr>
              <w:t>tym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jak </w:t>
            </w:r>
            <w:proofErr w:type="spellStart"/>
            <w:r w:rsidR="00B1405D" w:rsidRPr="00B1405D">
              <w:rPr>
                <w:sz w:val="16"/>
                <w:szCs w:val="16"/>
              </w:rPr>
              <w:t>zamieniać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„</w:t>
            </w:r>
            <w:proofErr w:type="spellStart"/>
            <w:r w:rsidR="00B1405D" w:rsidRPr="00B1405D">
              <w:rPr>
                <w:sz w:val="16"/>
                <w:szCs w:val="16"/>
              </w:rPr>
              <w:t>muszę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” w </w:t>
            </w:r>
            <w:proofErr w:type="spellStart"/>
            <w:r w:rsidR="00B1405D" w:rsidRPr="00B1405D">
              <w:rPr>
                <w:sz w:val="16"/>
                <w:szCs w:val="16"/>
              </w:rPr>
              <w:t>bardziej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świadome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„</w:t>
            </w:r>
            <w:proofErr w:type="spellStart"/>
            <w:r w:rsidR="00B1405D" w:rsidRPr="00B1405D">
              <w:rPr>
                <w:sz w:val="16"/>
                <w:szCs w:val="16"/>
              </w:rPr>
              <w:t>chcę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” </w:t>
            </w:r>
            <w:proofErr w:type="spellStart"/>
            <w:r w:rsidR="00B1405D" w:rsidRPr="00B1405D">
              <w:rPr>
                <w:sz w:val="16"/>
                <w:szCs w:val="16"/>
              </w:rPr>
              <w:t>i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„</w:t>
            </w:r>
            <w:proofErr w:type="spellStart"/>
            <w:r w:rsidR="00B1405D" w:rsidRPr="00B1405D">
              <w:rPr>
                <w:sz w:val="16"/>
                <w:szCs w:val="16"/>
              </w:rPr>
              <w:t>wybieram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” </w:t>
            </w:r>
            <w:proofErr w:type="spellStart"/>
            <w:r w:rsidR="00B1405D" w:rsidRPr="00B1405D">
              <w:rPr>
                <w:sz w:val="16"/>
                <w:szCs w:val="16"/>
              </w:rPr>
              <w:t>oraz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jak </w:t>
            </w:r>
            <w:proofErr w:type="spellStart"/>
            <w:r w:rsidR="00B1405D" w:rsidRPr="00B1405D">
              <w:rPr>
                <w:sz w:val="16"/>
                <w:szCs w:val="16"/>
              </w:rPr>
              <w:t>działać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, </w:t>
            </w:r>
            <w:proofErr w:type="spellStart"/>
            <w:r w:rsidR="00B1405D" w:rsidRPr="00B1405D">
              <w:rPr>
                <w:sz w:val="16"/>
                <w:szCs w:val="16"/>
              </w:rPr>
              <w:t>nie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zapominając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przy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</w:t>
            </w:r>
            <w:proofErr w:type="spellStart"/>
            <w:r w:rsidR="00B1405D" w:rsidRPr="00B1405D">
              <w:rPr>
                <w:sz w:val="16"/>
                <w:szCs w:val="16"/>
              </w:rPr>
              <w:t>tym</w:t>
            </w:r>
            <w:proofErr w:type="spellEnd"/>
            <w:r w:rsidR="00B1405D" w:rsidRPr="00B1405D">
              <w:rPr>
                <w:sz w:val="16"/>
                <w:szCs w:val="16"/>
              </w:rPr>
              <w:t xml:space="preserve"> o </w:t>
            </w:r>
            <w:proofErr w:type="spellStart"/>
            <w:r w:rsidR="00B1405D" w:rsidRPr="00B1405D">
              <w:rPr>
                <w:sz w:val="16"/>
                <w:szCs w:val="16"/>
              </w:rPr>
              <w:t>sobie</w:t>
            </w:r>
            <w:proofErr w:type="spellEnd"/>
            <w:r w:rsidR="00B1405D" w:rsidRPr="00B1405D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</w:tcPr>
          <w:p w14:paraId="41CE7D5D" w14:textId="77777777" w:rsidR="00371369" w:rsidRDefault="000438DE" w:rsidP="00371369">
            <w:pPr>
              <w:rPr>
                <w:sz w:val="16"/>
                <w:szCs w:val="16"/>
                <w:lang w:val="pl-PL"/>
              </w:rPr>
            </w:pPr>
            <w:r w:rsidRPr="000438DE">
              <w:rPr>
                <w:sz w:val="16"/>
                <w:szCs w:val="16"/>
                <w:lang w:val="pl-PL"/>
              </w:rPr>
              <w:t xml:space="preserve">Dr Aleksandra </w:t>
            </w:r>
            <w:proofErr w:type="spellStart"/>
            <w:r w:rsidRPr="000438DE">
              <w:rPr>
                <w:sz w:val="16"/>
                <w:szCs w:val="16"/>
                <w:lang w:val="pl-PL"/>
              </w:rPr>
              <w:t>Minczanowska</w:t>
            </w:r>
            <w:proofErr w:type="spellEnd"/>
            <w:r>
              <w:rPr>
                <w:sz w:val="16"/>
                <w:szCs w:val="16"/>
                <w:lang w:val="pl-PL"/>
              </w:rPr>
              <w:t xml:space="preserve"> / </w:t>
            </w:r>
            <w:r w:rsidRPr="003742F0">
              <w:rPr>
                <w:sz w:val="16"/>
                <w:szCs w:val="16"/>
                <w:lang w:val="pl-PL"/>
              </w:rPr>
              <w:t>Instytut Pedagogiki, Wydział Sztuki i Nauk o Edukacji Uniwersytetu Śląskiego w Katowicach</w:t>
            </w:r>
          </w:p>
          <w:p w14:paraId="4AEE9A86" w14:textId="77777777" w:rsidR="00B1405D" w:rsidRDefault="00B1405D" w:rsidP="00371369">
            <w:pPr>
              <w:rPr>
                <w:sz w:val="16"/>
                <w:szCs w:val="16"/>
                <w:lang w:val="pl-PL"/>
              </w:rPr>
            </w:pPr>
          </w:p>
          <w:p w14:paraId="6AF582D3" w14:textId="1BF44E3D" w:rsidR="00B1405D" w:rsidRPr="003742F0" w:rsidRDefault="00B1405D" w:rsidP="00371369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Info: </w:t>
            </w:r>
            <w:proofErr w:type="spellStart"/>
            <w:r w:rsidRPr="00B1405D">
              <w:rPr>
                <w:sz w:val="16"/>
                <w:szCs w:val="16"/>
              </w:rPr>
              <w:t>doktor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nauk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pedagogicznych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nauczyciel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akademicki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Uniwersytetu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Śląskiego</w:t>
            </w:r>
            <w:proofErr w:type="spellEnd"/>
            <w:r w:rsidRPr="00B1405D">
              <w:rPr>
                <w:sz w:val="16"/>
                <w:szCs w:val="16"/>
              </w:rPr>
              <w:t xml:space="preserve"> z </w:t>
            </w:r>
            <w:proofErr w:type="spellStart"/>
            <w:r w:rsidRPr="00B1405D">
              <w:rPr>
                <w:sz w:val="16"/>
                <w:szCs w:val="16"/>
              </w:rPr>
              <w:t>wieloletnim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doświadczeniem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dydaktycznym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edukacyjnym</w:t>
            </w:r>
            <w:proofErr w:type="spellEnd"/>
            <w:r w:rsidRPr="00B1405D">
              <w:rPr>
                <w:sz w:val="16"/>
                <w:szCs w:val="16"/>
              </w:rPr>
              <w:t xml:space="preserve">. W </w:t>
            </w:r>
            <w:proofErr w:type="spellStart"/>
            <w:r w:rsidRPr="00B1405D">
              <w:rPr>
                <w:sz w:val="16"/>
                <w:szCs w:val="16"/>
              </w:rPr>
              <w:t>swojej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pracy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zajmuje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się</w:t>
            </w:r>
            <w:proofErr w:type="spellEnd"/>
            <w:r w:rsidRPr="00B1405D">
              <w:rPr>
                <w:sz w:val="16"/>
                <w:szCs w:val="16"/>
              </w:rPr>
              <w:t xml:space="preserve"> m.in. </w:t>
            </w:r>
            <w:proofErr w:type="spellStart"/>
            <w:r w:rsidRPr="00B1405D">
              <w:rPr>
                <w:sz w:val="16"/>
                <w:szCs w:val="16"/>
              </w:rPr>
              <w:t>procesami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uczenia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się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neurodydaktyką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motywacją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oraz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edukacją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alternatywną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domową</w:t>
            </w:r>
            <w:proofErr w:type="spellEnd"/>
            <w:r w:rsidRPr="00B1405D">
              <w:rPr>
                <w:sz w:val="16"/>
                <w:szCs w:val="16"/>
              </w:rPr>
              <w:t xml:space="preserve">. </w:t>
            </w:r>
            <w:proofErr w:type="spellStart"/>
            <w:r w:rsidRPr="00B1405D">
              <w:rPr>
                <w:sz w:val="16"/>
                <w:szCs w:val="16"/>
              </w:rPr>
              <w:t>Łączy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perspektywę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akademicką</w:t>
            </w:r>
            <w:proofErr w:type="spellEnd"/>
            <w:r w:rsidRPr="00B1405D">
              <w:rPr>
                <w:sz w:val="16"/>
                <w:szCs w:val="16"/>
              </w:rPr>
              <w:t xml:space="preserve"> z </w:t>
            </w:r>
            <w:proofErr w:type="spellStart"/>
            <w:r w:rsidRPr="00B1405D">
              <w:rPr>
                <w:sz w:val="16"/>
                <w:szCs w:val="16"/>
              </w:rPr>
              <w:t>praktyką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edukacyjną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pracując</w:t>
            </w:r>
            <w:proofErr w:type="spellEnd"/>
            <w:r w:rsidRPr="00B1405D">
              <w:rPr>
                <w:sz w:val="16"/>
                <w:szCs w:val="16"/>
              </w:rPr>
              <w:t xml:space="preserve"> z </w:t>
            </w:r>
            <w:proofErr w:type="spellStart"/>
            <w:r w:rsidRPr="00B1405D">
              <w:rPr>
                <w:sz w:val="16"/>
                <w:szCs w:val="16"/>
              </w:rPr>
              <w:t>dziećmi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młodzieżą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studentami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nauczycielami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oraz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rodzicami</w:t>
            </w:r>
            <w:proofErr w:type="spellEnd"/>
            <w:r w:rsidRPr="00B1405D">
              <w:rPr>
                <w:sz w:val="16"/>
                <w:szCs w:val="16"/>
              </w:rPr>
              <w:t xml:space="preserve">. </w:t>
            </w:r>
            <w:proofErr w:type="spellStart"/>
            <w:r w:rsidRPr="00B1405D">
              <w:rPr>
                <w:sz w:val="16"/>
                <w:szCs w:val="16"/>
              </w:rPr>
              <w:t>Szczególnie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interesuje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ją</w:t>
            </w:r>
            <w:proofErr w:type="spellEnd"/>
            <w:r w:rsidRPr="00B1405D">
              <w:rPr>
                <w:sz w:val="16"/>
                <w:szCs w:val="16"/>
              </w:rPr>
              <w:t xml:space="preserve"> to, co </w:t>
            </w:r>
            <w:proofErr w:type="spellStart"/>
            <w:r w:rsidRPr="00B1405D">
              <w:rPr>
                <w:sz w:val="16"/>
                <w:szCs w:val="16"/>
              </w:rPr>
              <w:t>sprawia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że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człowiek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chce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się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uczyć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rozwijać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podejmować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działanie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oraz</w:t>
            </w:r>
            <w:proofErr w:type="spellEnd"/>
            <w:r w:rsidRPr="00B1405D">
              <w:rPr>
                <w:sz w:val="16"/>
                <w:szCs w:val="16"/>
              </w:rPr>
              <w:t xml:space="preserve"> jak </w:t>
            </w:r>
            <w:proofErr w:type="spellStart"/>
            <w:r w:rsidRPr="00B1405D">
              <w:rPr>
                <w:sz w:val="16"/>
                <w:szCs w:val="16"/>
              </w:rPr>
              <w:t>tworzyć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warunki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sprzyjające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autonomii</w:t>
            </w:r>
            <w:proofErr w:type="spellEnd"/>
            <w:r w:rsidRPr="00B1405D">
              <w:rPr>
                <w:sz w:val="16"/>
                <w:szCs w:val="16"/>
              </w:rPr>
              <w:t xml:space="preserve">, </w:t>
            </w:r>
            <w:proofErr w:type="spellStart"/>
            <w:r w:rsidRPr="00B1405D">
              <w:rPr>
                <w:sz w:val="16"/>
                <w:szCs w:val="16"/>
              </w:rPr>
              <w:t>poczuciu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kompetencji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t>i</w:t>
            </w:r>
            <w:proofErr w:type="spellEnd"/>
            <w:r w:rsidRPr="00B1405D">
              <w:rPr>
                <w:sz w:val="16"/>
                <w:szCs w:val="16"/>
              </w:rPr>
              <w:t xml:space="preserve"> </w:t>
            </w:r>
            <w:proofErr w:type="spellStart"/>
            <w:r w:rsidRPr="00B1405D">
              <w:rPr>
                <w:sz w:val="16"/>
                <w:szCs w:val="16"/>
              </w:rPr>
              <w:lastRenderedPageBreak/>
              <w:t>odnajdywaniu</w:t>
            </w:r>
            <w:proofErr w:type="spellEnd"/>
            <w:r w:rsidRPr="00B1405D">
              <w:rPr>
                <w:sz w:val="16"/>
                <w:szCs w:val="16"/>
              </w:rPr>
              <w:t xml:space="preserve"> sensu w </w:t>
            </w:r>
            <w:proofErr w:type="spellStart"/>
            <w:r w:rsidRPr="00B1405D">
              <w:rPr>
                <w:sz w:val="16"/>
                <w:szCs w:val="16"/>
              </w:rPr>
              <w:t>tym</w:t>
            </w:r>
            <w:proofErr w:type="spellEnd"/>
            <w:r w:rsidRPr="00B1405D">
              <w:rPr>
                <w:sz w:val="16"/>
                <w:szCs w:val="16"/>
              </w:rPr>
              <w:t xml:space="preserve">, co </w:t>
            </w:r>
            <w:proofErr w:type="spellStart"/>
            <w:r w:rsidRPr="00B1405D">
              <w:rPr>
                <w:sz w:val="16"/>
                <w:szCs w:val="16"/>
              </w:rPr>
              <w:t>robimy</w:t>
            </w:r>
            <w:proofErr w:type="spellEnd"/>
            <w:r w:rsidRPr="00B1405D">
              <w:rPr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67A8BB08" w14:textId="257DCB25" w:rsidR="00371369" w:rsidRPr="003742F0" w:rsidRDefault="00F42B3F" w:rsidP="00371369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lastRenderedPageBreak/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</w:tcPr>
          <w:p w14:paraId="4F1C0EC7" w14:textId="4DADA5C8" w:rsidR="00371369" w:rsidRPr="003742F0" w:rsidRDefault="000438DE" w:rsidP="00371369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Wykład dla uczniów szkół średnich</w:t>
            </w:r>
          </w:p>
        </w:tc>
      </w:tr>
      <w:tr w:rsidR="00371369" w14:paraId="11410595" w14:textId="77777777" w:rsidTr="003742F0">
        <w:tc>
          <w:tcPr>
            <w:tcW w:w="1134" w:type="dxa"/>
          </w:tcPr>
          <w:p w14:paraId="3B91DC67" w14:textId="69B8D90E" w:rsidR="00371369" w:rsidRPr="003742F0" w:rsidRDefault="00371369" w:rsidP="00371369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13:</w:t>
            </w:r>
            <w:r w:rsidR="000438DE">
              <w:rPr>
                <w:sz w:val="16"/>
                <w:szCs w:val="16"/>
                <w:lang w:val="pl-PL"/>
              </w:rPr>
              <w:t>2</w:t>
            </w:r>
            <w:r w:rsidRPr="003742F0">
              <w:rPr>
                <w:sz w:val="16"/>
                <w:szCs w:val="16"/>
                <w:lang w:val="pl-PL"/>
              </w:rPr>
              <w:t>0-1</w:t>
            </w:r>
            <w:r w:rsidR="000438DE">
              <w:rPr>
                <w:sz w:val="16"/>
                <w:szCs w:val="16"/>
                <w:lang w:val="pl-PL"/>
              </w:rPr>
              <w:t>4</w:t>
            </w:r>
            <w:r w:rsidRPr="003742F0">
              <w:rPr>
                <w:sz w:val="16"/>
                <w:szCs w:val="16"/>
                <w:lang w:val="pl-PL"/>
              </w:rPr>
              <w:t>:</w:t>
            </w:r>
            <w:r w:rsidR="000438DE">
              <w:rPr>
                <w:sz w:val="16"/>
                <w:szCs w:val="16"/>
                <w:lang w:val="pl-PL"/>
              </w:rPr>
              <w:t>0</w:t>
            </w:r>
            <w:r w:rsidRPr="003742F0">
              <w:rPr>
                <w:sz w:val="16"/>
                <w:szCs w:val="16"/>
                <w:lang w:val="pl-PL"/>
              </w:rPr>
              <w:t>0</w:t>
            </w:r>
          </w:p>
        </w:tc>
        <w:tc>
          <w:tcPr>
            <w:tcW w:w="2694" w:type="dxa"/>
          </w:tcPr>
          <w:p w14:paraId="65C1273E" w14:textId="694FB518" w:rsidR="00371369" w:rsidRPr="00070226" w:rsidRDefault="000438DE" w:rsidP="00371369">
            <w:pPr>
              <w:rPr>
                <w:sz w:val="16"/>
                <w:szCs w:val="16"/>
                <w:lang w:val="pl-PL"/>
              </w:rPr>
            </w:pPr>
            <w:r w:rsidRPr="00070226">
              <w:rPr>
                <w:sz w:val="16"/>
                <w:szCs w:val="16"/>
                <w:lang w:val="pl-PL"/>
              </w:rPr>
              <w:t xml:space="preserve">GOŚĆ SPECJALNY </w:t>
            </w:r>
          </w:p>
        </w:tc>
        <w:tc>
          <w:tcPr>
            <w:tcW w:w="2551" w:type="dxa"/>
          </w:tcPr>
          <w:p w14:paraId="3E0B6ED5" w14:textId="01543559" w:rsidR="00371369" w:rsidRPr="00070226" w:rsidRDefault="000438DE" w:rsidP="00371369">
            <w:pPr>
              <w:rPr>
                <w:sz w:val="16"/>
                <w:szCs w:val="16"/>
                <w:lang w:val="pl-PL"/>
              </w:rPr>
            </w:pPr>
            <w:r w:rsidRPr="00070226">
              <w:rPr>
                <w:sz w:val="16"/>
                <w:szCs w:val="16"/>
                <w:lang w:val="pl-PL"/>
              </w:rPr>
              <w:t>GWIAZDA SPORTU</w:t>
            </w:r>
          </w:p>
        </w:tc>
        <w:tc>
          <w:tcPr>
            <w:tcW w:w="2835" w:type="dxa"/>
          </w:tcPr>
          <w:p w14:paraId="57A7BE24" w14:textId="0CA802FA" w:rsidR="00371369" w:rsidRPr="003742F0" w:rsidRDefault="00371369" w:rsidP="00371369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 xml:space="preserve">Cieszyński Ośrodek Kultury „Dom Narodowy”, </w:t>
            </w:r>
            <w:r w:rsidRPr="00D1278A">
              <w:rPr>
                <w:sz w:val="16"/>
                <w:szCs w:val="16"/>
                <w:lang w:val="pl-PL"/>
              </w:rPr>
              <w:t>Sala Widowiskowa I piętro</w:t>
            </w:r>
          </w:p>
        </w:tc>
        <w:tc>
          <w:tcPr>
            <w:tcW w:w="1701" w:type="dxa"/>
          </w:tcPr>
          <w:p w14:paraId="59363FF8" w14:textId="02AA8F3E" w:rsidR="00371369" w:rsidRPr="003742F0" w:rsidRDefault="004258BD" w:rsidP="00371369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Spotkanie z</w:t>
            </w:r>
            <w:r w:rsidR="000438DE" w:rsidRPr="003742F0">
              <w:rPr>
                <w:sz w:val="16"/>
                <w:szCs w:val="16"/>
                <w:lang w:val="pl-PL"/>
              </w:rPr>
              <w:t xml:space="preserve"> uczni</w:t>
            </w:r>
            <w:r>
              <w:rPr>
                <w:sz w:val="16"/>
                <w:szCs w:val="16"/>
                <w:lang w:val="pl-PL"/>
              </w:rPr>
              <w:t>ami</w:t>
            </w:r>
            <w:r w:rsidR="000438DE" w:rsidRPr="003742F0">
              <w:rPr>
                <w:sz w:val="16"/>
                <w:szCs w:val="16"/>
                <w:lang w:val="pl-PL"/>
              </w:rPr>
              <w:t xml:space="preserve"> szkół średnich</w:t>
            </w:r>
          </w:p>
        </w:tc>
      </w:tr>
    </w:tbl>
    <w:p w14:paraId="0F037E6D" w14:textId="7CD7008B" w:rsidR="001B7BAC" w:rsidRDefault="001B7BAC" w:rsidP="001B7BAC">
      <w:pPr>
        <w:pStyle w:val="Nagwek1"/>
        <w:rPr>
          <w:lang w:val="pl-PL"/>
        </w:rPr>
      </w:pPr>
      <w:r w:rsidRPr="008A3204">
        <w:rPr>
          <w:lang w:val="pl-PL"/>
        </w:rPr>
        <w:t>1</w:t>
      </w:r>
      <w:r>
        <w:rPr>
          <w:lang w:val="pl-PL"/>
        </w:rPr>
        <w:t>9.</w:t>
      </w:r>
      <w:r w:rsidRPr="008A3204">
        <w:rPr>
          <w:lang w:val="pl-PL"/>
        </w:rPr>
        <w:t>11.202</w:t>
      </w:r>
      <w:r>
        <w:rPr>
          <w:lang w:val="pl-PL"/>
        </w:rPr>
        <w:t>6</w:t>
      </w:r>
      <w:r w:rsidRPr="008A3204">
        <w:rPr>
          <w:lang w:val="pl-PL"/>
        </w:rPr>
        <w:t xml:space="preserve"> – </w:t>
      </w:r>
      <w:r>
        <w:rPr>
          <w:lang w:val="pl-PL"/>
        </w:rPr>
        <w:t xml:space="preserve">Szkolenia dla </w:t>
      </w:r>
      <w:proofErr w:type="spellStart"/>
      <w:r>
        <w:t>przedsiębiorców</w:t>
      </w:r>
      <w:proofErr w:type="spellEnd"/>
    </w:p>
    <w:tbl>
      <w:tblPr>
        <w:tblStyle w:val="Tabela-Siatka"/>
        <w:tblW w:w="10915" w:type="dxa"/>
        <w:tblInd w:w="-1026" w:type="dxa"/>
        <w:tblLook w:val="04A0" w:firstRow="1" w:lastRow="0" w:firstColumn="1" w:lastColumn="0" w:noHBand="0" w:noVBand="1"/>
      </w:tblPr>
      <w:tblGrid>
        <w:gridCol w:w="1134"/>
        <w:gridCol w:w="2694"/>
        <w:gridCol w:w="2551"/>
        <w:gridCol w:w="2835"/>
        <w:gridCol w:w="1701"/>
      </w:tblGrid>
      <w:tr w:rsidR="001B7BAC" w14:paraId="4CCECF69" w14:textId="77777777" w:rsidTr="001B3A57">
        <w:tc>
          <w:tcPr>
            <w:tcW w:w="1134" w:type="dxa"/>
            <w:shd w:val="clear" w:color="auto" w:fill="FABF8F" w:themeFill="accent6" w:themeFillTint="99"/>
          </w:tcPr>
          <w:p w14:paraId="1415C4D0" w14:textId="77777777" w:rsidR="001B7BAC" w:rsidRPr="008A3204" w:rsidRDefault="001B7BAC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Godzina</w:t>
            </w:r>
          </w:p>
        </w:tc>
        <w:tc>
          <w:tcPr>
            <w:tcW w:w="2694" w:type="dxa"/>
            <w:shd w:val="clear" w:color="auto" w:fill="FABF8F" w:themeFill="accent6" w:themeFillTint="99"/>
          </w:tcPr>
          <w:p w14:paraId="222C0F4B" w14:textId="77777777" w:rsidR="001B7BAC" w:rsidRPr="008A3204" w:rsidRDefault="001B7BAC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Wydarzenie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14:paraId="0F537EC6" w14:textId="77777777" w:rsidR="001B7BAC" w:rsidRPr="008A3204" w:rsidRDefault="001B7BAC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Prowadząca/y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11333332" w14:textId="77777777" w:rsidR="001B7BAC" w:rsidRPr="008A3204" w:rsidRDefault="001B7BAC" w:rsidP="001B3A57">
            <w:pPr>
              <w:jc w:val="center"/>
              <w:rPr>
                <w:b/>
                <w:bCs/>
                <w:lang w:val="pl-PL"/>
              </w:rPr>
            </w:pPr>
            <w:r w:rsidRPr="008A3204">
              <w:rPr>
                <w:b/>
                <w:bCs/>
                <w:lang w:val="pl-PL"/>
              </w:rPr>
              <w:t>Miejsce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743FC0A7" w14:textId="77777777" w:rsidR="001B7BAC" w:rsidRPr="008A3204" w:rsidRDefault="001B7BAC" w:rsidP="001B3A57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Uwagi</w:t>
            </w:r>
          </w:p>
        </w:tc>
      </w:tr>
      <w:tr w:rsidR="00985634" w14:paraId="4B187889" w14:textId="77777777" w:rsidTr="001B3A57">
        <w:tc>
          <w:tcPr>
            <w:tcW w:w="1134" w:type="dxa"/>
            <w:vMerge w:val="restart"/>
          </w:tcPr>
          <w:p w14:paraId="34F7DC04" w14:textId="77777777" w:rsidR="00985634" w:rsidRDefault="00985634" w:rsidP="001B3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17:00-18:30</w:t>
            </w:r>
          </w:p>
        </w:tc>
        <w:tc>
          <w:tcPr>
            <w:tcW w:w="2694" w:type="dxa"/>
          </w:tcPr>
          <w:p w14:paraId="23C05C5F" w14:textId="1F2D4EAB" w:rsidR="00985634" w:rsidRPr="004C4CE8" w:rsidRDefault="00985634" w:rsidP="001B3A57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Wystąpienie </w:t>
            </w:r>
            <w:r w:rsidRPr="008266FD">
              <w:rPr>
                <w:sz w:val="16"/>
                <w:szCs w:val="16"/>
                <w:lang w:val="pl-PL"/>
              </w:rPr>
              <w:t>„</w:t>
            </w:r>
            <w:r w:rsidRPr="009E15FD">
              <w:rPr>
                <w:sz w:val="16"/>
                <w:szCs w:val="16"/>
                <w:lang w:val="pl-PL"/>
              </w:rPr>
              <w:t>Przygotuj swoją firmę na zmiany – KFS</w:t>
            </w:r>
            <w:r w:rsidRPr="008266FD">
              <w:rPr>
                <w:sz w:val="16"/>
                <w:szCs w:val="16"/>
                <w:lang w:val="pl-PL"/>
              </w:rPr>
              <w:t xml:space="preserve">” </w:t>
            </w:r>
            <w:r>
              <w:rPr>
                <w:sz w:val="16"/>
                <w:szCs w:val="16"/>
                <w:lang w:val="pl-PL"/>
              </w:rPr>
              <w:t xml:space="preserve">+ Stolik ekspercki </w:t>
            </w:r>
          </w:p>
        </w:tc>
        <w:tc>
          <w:tcPr>
            <w:tcW w:w="2551" w:type="dxa"/>
          </w:tcPr>
          <w:p w14:paraId="25A476F7" w14:textId="77777777" w:rsidR="00985634" w:rsidRPr="004C4CE8" w:rsidRDefault="00985634" w:rsidP="001B3A57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Powiatowy Urząd Pracy w Cieszynie</w:t>
            </w:r>
          </w:p>
        </w:tc>
        <w:tc>
          <w:tcPr>
            <w:tcW w:w="2835" w:type="dxa"/>
            <w:vMerge w:val="restart"/>
          </w:tcPr>
          <w:p w14:paraId="31749C07" w14:textId="77777777" w:rsidR="00985634" w:rsidRPr="003742F0" w:rsidRDefault="00985634" w:rsidP="001B3A57">
            <w:pPr>
              <w:rPr>
                <w:sz w:val="16"/>
                <w:szCs w:val="16"/>
                <w:lang w:val="pl-PL"/>
              </w:rPr>
            </w:pPr>
            <w:r w:rsidRPr="003742F0">
              <w:rPr>
                <w:sz w:val="16"/>
                <w:szCs w:val="16"/>
                <w:lang w:val="pl-PL"/>
              </w:rPr>
              <w:t>Cieszyński Ośrodek Kultury „Dom Narodowy”</w:t>
            </w:r>
            <w:r w:rsidRPr="00D1278A">
              <w:rPr>
                <w:sz w:val="16"/>
                <w:szCs w:val="16"/>
                <w:lang w:val="pl-PL"/>
              </w:rPr>
              <w:t>, Sala Widowiskowa I piętro</w:t>
            </w:r>
          </w:p>
        </w:tc>
        <w:tc>
          <w:tcPr>
            <w:tcW w:w="1701" w:type="dxa"/>
            <w:vMerge w:val="restart"/>
          </w:tcPr>
          <w:p w14:paraId="61927828" w14:textId="554AA8AC" w:rsidR="00985634" w:rsidRDefault="00985634" w:rsidP="001B3A57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Dla właścicieli firm</w:t>
            </w:r>
            <w:r w:rsidR="00AE046C">
              <w:rPr>
                <w:sz w:val="16"/>
                <w:szCs w:val="16"/>
                <w:lang w:val="pl-PL"/>
              </w:rPr>
              <w:t xml:space="preserve"> i kadry zarządzającej</w:t>
            </w:r>
          </w:p>
        </w:tc>
      </w:tr>
      <w:tr w:rsidR="00985634" w14:paraId="09F4ED43" w14:textId="77777777" w:rsidTr="001B3A57">
        <w:tc>
          <w:tcPr>
            <w:tcW w:w="1134" w:type="dxa"/>
            <w:vMerge/>
          </w:tcPr>
          <w:p w14:paraId="19A120F1" w14:textId="77777777" w:rsidR="00985634" w:rsidRDefault="00985634" w:rsidP="001B3A5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14:paraId="55797F69" w14:textId="7147ADEB" w:rsidR="00985634" w:rsidRDefault="00AE046C" w:rsidP="001B3A57">
            <w:pPr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„</w:t>
            </w:r>
            <w:r w:rsidRPr="00AE046C">
              <w:rPr>
                <w:sz w:val="16"/>
                <w:szCs w:val="16"/>
                <w:lang w:val="pl-PL"/>
              </w:rPr>
              <w:t>Wyzwania zarządzania pokoleniem Z</w:t>
            </w:r>
            <w:r>
              <w:rPr>
                <w:sz w:val="16"/>
                <w:szCs w:val="16"/>
                <w:lang w:val="pl-PL"/>
              </w:rPr>
              <w:t>”</w:t>
            </w:r>
          </w:p>
        </w:tc>
        <w:tc>
          <w:tcPr>
            <w:tcW w:w="2551" w:type="dxa"/>
          </w:tcPr>
          <w:p w14:paraId="3119D263" w14:textId="6F85098C" w:rsidR="00985634" w:rsidRDefault="00AE046C" w:rsidP="001B3A57">
            <w:pPr>
              <w:rPr>
                <w:sz w:val="16"/>
                <w:szCs w:val="16"/>
                <w:lang w:val="pl-PL"/>
              </w:rPr>
            </w:pPr>
            <w:r w:rsidRPr="00AE046C">
              <w:rPr>
                <w:sz w:val="16"/>
                <w:szCs w:val="16"/>
                <w:lang w:val="pl-PL"/>
              </w:rPr>
              <w:t>Dr Edyta Nowak-Żółt</w:t>
            </w:r>
            <w:r>
              <w:rPr>
                <w:sz w:val="16"/>
                <w:szCs w:val="16"/>
                <w:lang w:val="pl-PL"/>
              </w:rPr>
              <w:t>y</w:t>
            </w:r>
            <w:r w:rsidRPr="00AE046C">
              <w:rPr>
                <w:sz w:val="16"/>
                <w:szCs w:val="16"/>
                <w:lang w:val="pl-PL"/>
              </w:rPr>
              <w:t xml:space="preserve"> </w:t>
            </w:r>
            <w:r>
              <w:rPr>
                <w:sz w:val="16"/>
                <w:szCs w:val="16"/>
                <w:lang w:val="pl-PL"/>
              </w:rPr>
              <w:t xml:space="preserve">- </w:t>
            </w:r>
            <w:r w:rsidRPr="00AE046C">
              <w:rPr>
                <w:sz w:val="16"/>
                <w:szCs w:val="16"/>
                <w:lang w:val="pl-PL"/>
              </w:rPr>
              <w:t>Dziekan Akademii WSB</w:t>
            </w:r>
            <w:r>
              <w:rPr>
                <w:sz w:val="16"/>
                <w:szCs w:val="16"/>
                <w:lang w:val="pl-PL"/>
              </w:rPr>
              <w:t xml:space="preserve"> w Cieszynie</w:t>
            </w:r>
            <w:r w:rsidRPr="00AE046C">
              <w:rPr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2835" w:type="dxa"/>
            <w:vMerge/>
          </w:tcPr>
          <w:p w14:paraId="46A8E161" w14:textId="77777777" w:rsidR="00985634" w:rsidRPr="003742F0" w:rsidRDefault="00985634" w:rsidP="001B3A57">
            <w:pPr>
              <w:rPr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vMerge/>
          </w:tcPr>
          <w:p w14:paraId="57DB0FAB" w14:textId="77777777" w:rsidR="00985634" w:rsidRDefault="00985634" w:rsidP="001B3A57">
            <w:pPr>
              <w:rPr>
                <w:sz w:val="16"/>
                <w:szCs w:val="16"/>
                <w:lang w:val="pl-PL"/>
              </w:rPr>
            </w:pPr>
          </w:p>
        </w:tc>
      </w:tr>
    </w:tbl>
    <w:p w14:paraId="7F3E89D2" w14:textId="2DA60004" w:rsidR="00C208AA" w:rsidRPr="008A3204" w:rsidRDefault="00C208AA" w:rsidP="004C4CE8">
      <w:pPr>
        <w:pStyle w:val="Nagwek1"/>
        <w:rPr>
          <w:lang w:val="pl-PL"/>
        </w:rPr>
      </w:pPr>
    </w:p>
    <w:sectPr w:rsidR="00C208AA" w:rsidRPr="008A320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6D69B3"/>
    <w:multiLevelType w:val="hybridMultilevel"/>
    <w:tmpl w:val="84FADB46"/>
    <w:lvl w:ilvl="0" w:tplc="845AFF5E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014983">
    <w:abstractNumId w:val="8"/>
  </w:num>
  <w:num w:numId="2" w16cid:durableId="661389842">
    <w:abstractNumId w:val="6"/>
  </w:num>
  <w:num w:numId="3" w16cid:durableId="941382152">
    <w:abstractNumId w:val="5"/>
  </w:num>
  <w:num w:numId="4" w16cid:durableId="1460758392">
    <w:abstractNumId w:val="4"/>
  </w:num>
  <w:num w:numId="5" w16cid:durableId="1087771856">
    <w:abstractNumId w:val="7"/>
  </w:num>
  <w:num w:numId="6" w16cid:durableId="1396396681">
    <w:abstractNumId w:val="3"/>
  </w:num>
  <w:num w:numId="7" w16cid:durableId="1186820563">
    <w:abstractNumId w:val="2"/>
  </w:num>
  <w:num w:numId="8" w16cid:durableId="1520779437">
    <w:abstractNumId w:val="1"/>
  </w:num>
  <w:num w:numId="9" w16cid:durableId="1890072592">
    <w:abstractNumId w:val="0"/>
  </w:num>
  <w:num w:numId="10" w16cid:durableId="19681938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8DE"/>
    <w:rsid w:val="0006063C"/>
    <w:rsid w:val="00060B46"/>
    <w:rsid w:val="000632CC"/>
    <w:rsid w:val="00070226"/>
    <w:rsid w:val="00075684"/>
    <w:rsid w:val="000B3177"/>
    <w:rsid w:val="000B3FBE"/>
    <w:rsid w:val="0010653E"/>
    <w:rsid w:val="0014144F"/>
    <w:rsid w:val="0015074B"/>
    <w:rsid w:val="00180E6B"/>
    <w:rsid w:val="001A2516"/>
    <w:rsid w:val="001B60D7"/>
    <w:rsid w:val="001B7BAC"/>
    <w:rsid w:val="001F35F3"/>
    <w:rsid w:val="001F5631"/>
    <w:rsid w:val="00211902"/>
    <w:rsid w:val="002656CB"/>
    <w:rsid w:val="002674BC"/>
    <w:rsid w:val="0026751C"/>
    <w:rsid w:val="0029639D"/>
    <w:rsid w:val="002A0D0F"/>
    <w:rsid w:val="002B3348"/>
    <w:rsid w:val="002E77A8"/>
    <w:rsid w:val="00326F90"/>
    <w:rsid w:val="00371369"/>
    <w:rsid w:val="003742F0"/>
    <w:rsid w:val="00374A2E"/>
    <w:rsid w:val="003F44DC"/>
    <w:rsid w:val="003F6D68"/>
    <w:rsid w:val="00405D13"/>
    <w:rsid w:val="0041509A"/>
    <w:rsid w:val="004258BD"/>
    <w:rsid w:val="00441582"/>
    <w:rsid w:val="004420F4"/>
    <w:rsid w:val="004A067A"/>
    <w:rsid w:val="004C1FF8"/>
    <w:rsid w:val="004C4CE8"/>
    <w:rsid w:val="00551480"/>
    <w:rsid w:val="00552827"/>
    <w:rsid w:val="00553031"/>
    <w:rsid w:val="00556907"/>
    <w:rsid w:val="005F09D9"/>
    <w:rsid w:val="00615B4E"/>
    <w:rsid w:val="0063609C"/>
    <w:rsid w:val="006A140C"/>
    <w:rsid w:val="006D3471"/>
    <w:rsid w:val="006D40A5"/>
    <w:rsid w:val="006F7589"/>
    <w:rsid w:val="00712DB5"/>
    <w:rsid w:val="007153F0"/>
    <w:rsid w:val="0071713E"/>
    <w:rsid w:val="0074013B"/>
    <w:rsid w:val="00743DD4"/>
    <w:rsid w:val="00757797"/>
    <w:rsid w:val="00765EAC"/>
    <w:rsid w:val="00786CBA"/>
    <w:rsid w:val="007E60A8"/>
    <w:rsid w:val="007E6F83"/>
    <w:rsid w:val="008059EB"/>
    <w:rsid w:val="00813BF4"/>
    <w:rsid w:val="008160AC"/>
    <w:rsid w:val="008266FD"/>
    <w:rsid w:val="00845594"/>
    <w:rsid w:val="008929F0"/>
    <w:rsid w:val="00896443"/>
    <w:rsid w:val="008A3204"/>
    <w:rsid w:val="008C67CB"/>
    <w:rsid w:val="00915ED8"/>
    <w:rsid w:val="00985634"/>
    <w:rsid w:val="009D6102"/>
    <w:rsid w:val="009E15FD"/>
    <w:rsid w:val="00A13C9C"/>
    <w:rsid w:val="00A44F89"/>
    <w:rsid w:val="00A76C93"/>
    <w:rsid w:val="00AA1D8D"/>
    <w:rsid w:val="00AA3B1D"/>
    <w:rsid w:val="00AE046C"/>
    <w:rsid w:val="00AF013C"/>
    <w:rsid w:val="00B06CA9"/>
    <w:rsid w:val="00B1405D"/>
    <w:rsid w:val="00B4766B"/>
    <w:rsid w:val="00B47730"/>
    <w:rsid w:val="00B664B6"/>
    <w:rsid w:val="00B82639"/>
    <w:rsid w:val="00BA6684"/>
    <w:rsid w:val="00BB0A35"/>
    <w:rsid w:val="00BC180D"/>
    <w:rsid w:val="00C208AA"/>
    <w:rsid w:val="00C450CA"/>
    <w:rsid w:val="00C9692C"/>
    <w:rsid w:val="00CB0664"/>
    <w:rsid w:val="00D045AD"/>
    <w:rsid w:val="00D1278A"/>
    <w:rsid w:val="00D4637D"/>
    <w:rsid w:val="00D918D8"/>
    <w:rsid w:val="00D92D75"/>
    <w:rsid w:val="00DE3DCD"/>
    <w:rsid w:val="00E326E4"/>
    <w:rsid w:val="00EC5968"/>
    <w:rsid w:val="00ED7E3F"/>
    <w:rsid w:val="00F14282"/>
    <w:rsid w:val="00F42B3F"/>
    <w:rsid w:val="00F47B94"/>
    <w:rsid w:val="00F6155F"/>
    <w:rsid w:val="00FB1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360AF"/>
  <w14:defaultImageDpi w14:val="300"/>
  <w15:docId w15:val="{0589006F-0A66-6747-8AC0-F382EE93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A320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3204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B60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B60D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6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CC84E4-4CA0-4D7C-B565-C4E57A34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1181</Words>
  <Characters>7092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Remigiusz Ciupek</cp:lastModifiedBy>
  <cp:revision>44</cp:revision>
  <dcterms:created xsi:type="dcterms:W3CDTF">2026-09-08T10:35:00Z</dcterms:created>
  <dcterms:modified xsi:type="dcterms:W3CDTF">2026-10-23T13:43:00Z</dcterms:modified>
  <cp:category/>
</cp:coreProperties>
</file>